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РЕШЕНИЕ</w:t>
      </w:r>
    </w:p>
    <w:p>
      <w:pPr>
        <w:pStyle w:val="ListNumber"/>
      </w:pPr>
      <w:r>
        <w:t>Условие задачи заключается в том, что в выражении без скобок представлены только действия сложения и вычитания. Необходимо выполнить эти действия в порядке, в котором они записаны.</w:t>
      </w:r>
    </w:p>
    <w:p>
      <w:pPr>
        <w:pStyle w:val="ListNumber"/>
      </w:pPr>
      <w:r>
        <w:t>Для решения задачи нужно следовать правилам порядка действий. В данном случае, поскольку в выражении нет скобок, операции выполняются слева направо.</w:t>
      </w:r>
    </w:p>
    <w:p>
      <w:pPr>
        <w:pStyle w:val="Normal2"/>
      </w:pPr>
      <w:r>
        <w:t>Рассмотрим два примера из изображения:</w:t>
      </w:r>
    </w:p>
    <w:p>
      <w:pPr>
        <w:pStyle w:val="ListBullet"/>
      </w:pPr>
      <w:r>
        <w:t>Первый пример:</w:t>
      </w:r>
    </w:p>
    <w:p>
      <w:pPr>
        <w:pStyle w:val="Normal2"/>
      </w:pPr>
      <w:r>
        <w:t>$$ 5 - 3 + 2 $$</w:t>
      </w:r>
    </w:p>
    <w:p>
      <w:pPr>
        <w:pStyle w:val="ListBullet"/>
      </w:pPr>
      <w:r>
        <w:t>Сначала выполняем вычитание:</w:t>
      </w:r>
    </w:p>
    <w:p>
      <w:pPr>
        <w:pStyle w:val="Normal2"/>
      </w:pPr>
      <w:r>
        <w:t>$$ 5 - 3 = 2 $$</w:t>
      </w:r>
    </w:p>
    <w:p>
      <w:pPr>
        <w:pStyle w:val="ListBullet"/>
      </w:pPr>
      <w:r>
        <w:t>Затем выполняем сложение:</w:t>
      </w:r>
    </w:p>
    <w:p>
      <w:pPr>
        <w:pStyle w:val="Normal2"/>
      </w:pPr>
      <w:r>
        <w:t>$$ 2 + 2 = 4 $$</w:t>
      </w:r>
    </w:p>
    <w:p>
      <w:pPr>
        <w:pStyle w:val="ListBullet"/>
      </w:pPr>
      <w:r>
        <w:t>Ответ: 4.</w:t>
      </w:r>
    </w:p>
    <w:p>
      <w:pPr>
        <w:pStyle w:val="ListBullet"/>
      </w:pPr>
      <w:r>
        <w:t>Второй пример:</w:t>
      </w:r>
    </w:p>
    <w:p>
      <w:pPr>
        <w:pStyle w:val="Normal2"/>
      </w:pPr>
      <w:r>
        <w:t>$$ a + b - c = (a - b) + c $$</w:t>
      </w:r>
    </w:p>
    <w:p>
      <w:pPr>
        <w:pStyle w:val="ListBullet"/>
      </w:pPr>
      <w:r>
        <w:t>Здесь нужно подставить значения для $a$, $b$ и $c$. Для примера возьмем $a = 5$, $b = 3$, $c = 2$.</w:t>
      </w:r>
    </w:p>
    <w:p>
      <w:pPr>
        <w:pStyle w:val="ListBullet"/>
      </w:pPr>
      <w:r>
        <w:t>Подставляем:</w:t>
      </w:r>
    </w:p>
    <w:p>
      <w:pPr>
        <w:pStyle w:val="Normal2"/>
      </w:pPr>
      <w:r>
        <w:t>$$ 5 + 3 - 2 $$</w:t>
      </w:r>
    </w:p>
    <w:p>
      <w:pPr>
        <w:pStyle w:val="ListBullet"/>
      </w:pPr>
      <w:r>
        <w:t>Сначала выполняем сложение:</w:t>
      </w:r>
    </w:p>
    <w:p>
      <w:pPr>
        <w:pStyle w:val="Normal2"/>
      </w:pPr>
      <w:r>
        <w:t>$$ 5 + 3 = 8 $$</w:t>
      </w:r>
    </w:p>
    <w:p>
      <w:pPr>
        <w:pStyle w:val="ListBullet"/>
      </w:pPr>
      <w:r>
        <w:t>Затем вычитание:</w:t>
      </w:r>
    </w:p>
    <w:p>
      <w:pPr>
        <w:pStyle w:val="Normal2"/>
      </w:pPr>
      <w:r>
        <w:t>$$ 8 - 2 = 6 $$</w:t>
      </w:r>
    </w:p>
    <w:p>
      <w:pPr>
        <w:pStyle w:val="ListBullet"/>
      </w:pPr>
      <w:r>
        <w:t>Ответ: 6.</w:t>
      </w:r>
    </w:p>
    <w:p>
      <w:pPr>
        <w:pStyle w:val="ListNumber"/>
      </w:pPr>
      <w:r>
        <w:t>Используемые формулы и определения:</w:t>
      </w:r>
    </w:p>
    <w:p>
      <w:pPr>
        <w:pStyle w:val="ListBullet"/>
      </w:pPr>
      <w:r>
        <w:t>Порядок выполнения операций: в выражениях без скобок операции выполняются слева направо.</w:t>
      </w:r>
    </w:p>
    <w:p>
      <w:pPr>
        <w:pStyle w:val="ListBullet"/>
      </w:pPr>
      <w:r>
        <w:t>Операции: сложение ($+$) и вычитание ($-$).</w:t>
      </w:r>
    </w:p>
    <w:p>
      <w:pPr>
        <w:pStyle w:val="ListNumber"/>
      </w:pPr>
      <w:r>
        <w:t>Промежуточные вычисления:</w:t>
      </w:r>
    </w:p>
    <w:p>
      <w:pPr>
        <w:pStyle w:val="ListBullet"/>
      </w:pPr>
      <w:r>
        <w:t>Для первого примера:</w:t>
      </w:r>
    </w:p>
    <w:p>
      <w:pPr>
        <w:pStyle w:val="Normal2"/>
      </w:pPr>
      <w:r>
        <w:t>$$ 5 - 3 = 2 $$ $$ 2 + 2 = 4 $$</w:t>
      </w:r>
    </w:p>
    <w:p>
      <w:pPr>
        <w:pStyle w:val="ListBullet"/>
      </w:pPr>
      <w:r>
        <w:t>Для второго примера:</w:t>
      </w:r>
    </w:p>
    <w:p>
      <w:pPr>
        <w:pStyle w:val="Normal2"/>
      </w:pPr>
      <w:r>
        <w:t>$$ 5 + 3 = 8 $$ $$ 8 - 2 = 6 $$</w:t>
      </w:r>
    </w:p>
    <w:p>
      <w:pPr>
        <w:pStyle w:val="ListNumber"/>
      </w:pPr>
      <w:r>
        <w:t>Итоговый вывод:</w:t>
      </w:r>
    </w:p>
    <w:p>
      <w:pPr>
        <w:pStyle w:val="ListBullet"/>
      </w:pPr>
      <w:r>
        <w:t>Ответ для первого примера: 4.</w:t>
      </w:r>
    </w:p>
    <w:p>
      <w:pPr>
        <w:pStyle w:val="ListBullet"/>
      </w:pPr>
      <w:r>
        <w:t>Ответ для второго примера: 6.</w:t>
      </w:r>
    </w:p>
    <w:p>
      <w:pPr>
        <w:pStyle w:val="ListNumber"/>
      </w:pPr>
      <w:r>
        <w:t>Проверка результата:</w:t>
      </w:r>
    </w:p>
    <w:p>
      <w:pPr>
        <w:pStyle w:val="ListBullet"/>
      </w:pPr>
      <w:r>
        <w:t>Для первого примера: $5 - 3 + 2 = 4$.</w:t>
      </w:r>
    </w:p>
    <w:p>
      <w:pPr>
        <w:pStyle w:val="ListBullet"/>
      </w:pPr>
      <w:r>
        <w:t>Для второго примера: $5 + 3 - 2 = 6$.</w:t>
      </w:r>
    </w:p>
    <w:p>
      <w:pPr>
        <w:pStyle w:val="ListBullet"/>
      </w:pPr>
      <w:r>
        <w:t>Оба ответа соответствуют вычислениям, что подтверждает их правильность.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