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проанализировать порядок действий в математических выражениях, в которых представлены только операции сложения и вычитания. Приведены примеры вычислений.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В первом примере:</w:t>
      </w:r>
    </w:p>
    <w:p>
      <w:pPr>
        <w:pStyle w:val="Normal2"/>
      </w:pPr>
      <w:r>
        <w:t>$$ 5 - 3 + 2 $$ Сначала выполняем вычитание: $$ 5 - 3 = 2 $$ Затем выполняем сложение: $$ 2 + 2 = 4 $$ Таким образом, результат первого примера равен 4.</w:t>
      </w:r>
    </w:p>
    <w:p>
      <w:pPr>
        <w:pStyle w:val="ListBullet"/>
      </w:pPr>
      <w:r>
        <w:t>Во втором примере:</w:t>
      </w:r>
    </w:p>
    <w:p>
      <w:pPr>
        <w:pStyle w:val="Normal2"/>
      </w:pPr>
      <w:r>
        <w:t>$$ a - b + c $$ Здесь порядок действий аналогичен: сначала вычитаем $b$ из $a$, затем добавляем $c$.</w:t>
      </w:r>
    </w:p>
    <w:p>
      <w:pPr>
        <w:pStyle w:val="ListBullet"/>
      </w:pPr>
      <w:r>
        <w:t>В третьем примере:</w:t>
      </w:r>
    </w:p>
    <w:p>
      <w:pPr>
        <w:pStyle w:val="Normal2"/>
      </w:pPr>
      <w:r>
        <w:t>$$ a + b - c $$ Сначала выполняем сложение $a + b$, затем вычитаем $c$.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Порядок выполнения операций: сначала выполняем вычитание, затем сложение, если они находятся в одном выражении.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первого примера:</w:t>
      </w:r>
    </w:p>
    <w:p>
      <w:pPr>
        <w:pStyle w:val="ListBullet"/>
      </w:pPr>
      <w:r>
        <w:t>$5 - 3 = 2$</w:t>
      </w:r>
    </w:p>
    <w:p>
      <w:pPr>
        <w:pStyle w:val="ListBullet"/>
      </w:pPr>
      <w:r>
        <w:t>$2 + 2 = 4$</w:t>
      </w:r>
    </w:p>
    <w:p>
      <w:pPr>
        <w:pStyle w:val="ListNumber"/>
      </w:pPr>
      <w:r>
        <w:t>Итоговый вывод: Результат первого примера равен 4. Порядок действий в выражениях без скобок: сначала вычитание, затем сложение.</w:t>
      </w:r>
    </w:p>
    <w:p>
      <w:pPr>
        <w:pStyle w:val="ListNumber"/>
      </w:pPr>
      <w:r>
        <w:t>Проверка результата: Если пересчитать $5 - 3 + 2$, то $5 - 3 = 2$, и $2 + 2 = 4$. Проверка подтверждает правильность вычислений.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