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"Javascript" по предмету: Javascript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JavaScript</w:t>
      </w:r>
    </w:p>
    <w:p>
      <w:pPr>
        <w:pStyle w:val="Normal2"/>
        <w:spacing w:before="0" w:after="0" w:line="240" w:lineRule="auto"/>
        <w:ind w:left="1417"/>
      </w:pPr>
      <w:r>
        <w:t>1.1 Синтаксис и основные конструкции JavaScript</w:t>
      </w:r>
    </w:p>
    <w:p>
      <w:pPr>
        <w:pStyle w:val="Normal2"/>
        <w:spacing w:before="0" w:after="0" w:line="240" w:lineRule="auto"/>
        <w:ind w:left="1417"/>
      </w:pPr>
      <w:r>
        <w:t>1.2 Взаимодействие с DOM</w:t>
      </w:r>
    </w:p>
    <w:p>
      <w:pPr>
        <w:pStyle w:val="Normal2"/>
        <w:spacing w:before="0" w:after="0" w:line="240" w:lineRule="auto"/>
        <w:ind w:left="2126"/>
      </w:pPr>
      <w:r>
        <w:t>1.2.2 Методы и свойства API браузера</w:t>
      </w:r>
    </w:p>
    <w:p>
      <w:pPr>
        <w:pStyle w:val="Normal2"/>
        <w:spacing w:before="0" w:after="0" w:line="240" w:lineRule="auto"/>
        <w:ind w:left="2126"/>
      </w:pPr>
      <w:r>
        <w:t>1.2.3 Создание анимаций и эффектов</w:t>
      </w:r>
    </w:p>
    <w:p>
      <w:pPr>
        <w:pStyle w:val="Normal2"/>
        <w:spacing w:before="0" w:after="0" w:line="240" w:lineRule="auto"/>
        <w:ind w:left="1417"/>
      </w:pPr>
      <w:r>
        <w:t>1.3 Асинхронное программирование</w:t>
      </w:r>
    </w:p>
    <w:p>
      <w:pPr>
        <w:pStyle w:val="Normal2"/>
        <w:spacing w:before="0" w:after="0" w:line="240" w:lineRule="auto"/>
        <w:ind w:left="709"/>
      </w:pPr>
      <w:r>
        <w:t>2. Эксперименты с JavaScript и DOM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веб-приложений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подходам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веб-приложений</w:t>
      </w:r>
    </w:p>
    <w:p>
      <w:pPr>
        <w:pStyle w:val="Normal2"/>
        <w:spacing w:before="0" w:after="0" w:line="240" w:lineRule="auto"/>
        <w:ind w:left="1417"/>
      </w:pPr>
      <w:r>
        <w:t>3.1 Изменение элементов DOM</w:t>
      </w:r>
    </w:p>
    <w:p>
      <w:pPr>
        <w:pStyle w:val="Normal2"/>
        <w:spacing w:before="0" w:after="0" w:line="240" w:lineRule="auto"/>
        <w:ind w:left="1417"/>
      </w:pPr>
      <w:r>
        <w:t>3.2 Создание анимаций</w:t>
      </w:r>
    </w:p>
    <w:p>
      <w:pPr>
        <w:pStyle w:val="Normal2"/>
        <w:spacing w:before="0" w:after="0" w:line="240" w:lineRule="auto"/>
        <w:ind w:left="1417"/>
      </w:pPr>
      <w:r>
        <w:t>3.3 Асинхронное взаимодействие с сервером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веб-приложений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Анализ производительности</w:t>
      </w:r>
    </w:p>
    <w:p>
      <w:pPr>
        <w:pStyle w:val="Normal2"/>
        <w:spacing w:before="0" w:after="0" w:line="240" w:lineRule="auto"/>
        <w:ind w:left="709"/>
      </w:pPr>
      <w:r>
        <w:t>5. Обзор современных библиотек и фреймворков</w:t>
      </w:r>
    </w:p>
    <w:p>
      <w:pPr>
        <w:pStyle w:val="Normal2"/>
        <w:spacing w:before="0" w:after="0" w:line="240" w:lineRule="auto"/>
        <w:ind w:left="1417"/>
      </w:pPr>
      <w:r>
        <w:t>5.1 React</w:t>
      </w:r>
    </w:p>
    <w:p>
      <w:pPr>
        <w:pStyle w:val="Normal2"/>
        <w:spacing w:before="0" w:after="0" w:line="240" w:lineRule="auto"/>
        <w:ind w:left="1417"/>
      </w:pPr>
      <w:r>
        <w:t>5.2 Vue.js</w:t>
      </w:r>
    </w:p>
    <w:p>
      <w:pPr>
        <w:pStyle w:val="Normal2"/>
        <w:spacing w:before="0" w:after="0" w:line="240" w:lineRule="auto"/>
        <w:ind w:left="1417"/>
      </w:pPr>
      <w:r>
        <w:t>5.3 Angular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"JavaScript" обоснована несколькими ключевыми факторами, которые подчеркивают значимость данного языка программирования в современном мире разработки программного обеспечения.</w:t>
      </w:r>
    </w:p>
    <w:p>
      <w:pPr>
        <w:pStyle w:val="Normal2"/>
      </w:pPr>
      <w:r>
        <w:tab/>
        <w:t>Объект исследования: JavaScript как язык программирования, используемый для создания интерактивных веб-приложений и динамического контента на веб-страницах.JavaScript является одним из основных языков программирования, используемых в веб-разработке. Он позволяет разработчикам создавать интерактивные элементы на страницах, такие как анимации, формы, модальные окна и многое другое. Благодаря своей универсальности, JavaScript может использоваться как на стороне клиента, так и на стороне сервера, что делает его важным инструментом для создания современных веб-приложений.</w:t>
      </w:r>
    </w:p>
    <w:p>
      <w:pPr>
        <w:pStyle w:val="Normal2"/>
      </w:pPr>
      <w:r>
        <w:t>Одной из ключевых особенностей JavaScript является его способность взаимодействовать с HTML и CSS, что позволяет динамически изменять содержимое и стиль веб-страниц без необходимости перезагрузки. Это достигается с помощью Document Object Model (DOM), который представляет структуру веб-страницы в виде объекта, с которым можно работать через JavaScript.</w:t>
      </w:r>
    </w:p>
    <w:p>
      <w:pPr>
        <w:pStyle w:val="Normal2"/>
      </w:pPr>
      <w:r>
        <w:t>С развитием технологий появились различные библиотеки и фреймворки, такие как React, Angular и Vue.js, которые значительно упрощают процесс разработки сложных приложений, предоставляя разработчикам готовые компоненты и инструменты для управления состоянием приложения.</w:t>
      </w:r>
    </w:p>
    <w:p>
      <w:pPr>
        <w:pStyle w:val="Normal2"/>
      </w:pPr>
      <w:r>
        <w:t>Кроме того, JavaScript поддерживает асинхронное программирование, что позволяет выполнять операции, такие как запросы к серверу, не блокируя интерфейс пользователя. Это достигается с помощью таких механизмов, как промисы и async/await.</w:t>
      </w:r>
    </w:p>
    <w:p>
      <w:pPr>
        <w:pStyle w:val="Normal2"/>
      </w:pPr>
      <w:r>
        <w:t>В заключение, JavaScript является мощным и гибким языком, который продолжает развиваться и адаптироваться к новым требованиям веб-разработки, что делает его незаменимым инструментом для создания современных интерактивных веб-приложений.</w:t>
      </w:r>
    </w:p>
    <w:p>
      <w:pPr>
        <w:pStyle w:val="Normal2"/>
      </w:pPr>
      <w:r>
        <w:tab/>
        <w:t>Предмет исследования: Характеристики и возможности JavaScript в контексте создания интерактивных веб-приложений, включая взаимодействие с DOM, асинхронное программирование и использование библиотек и фреймворков.JavaScript обладает множеством характеристик и возможностей, которые делают его идеальным выбором для разработки интерактивных веб-приложений. Одной из его основных особенностей является возможность работы с DOM (Document Object Model), что позволяет разработчикам динамически изменять структуру и содержимое веб-страниц. С помощью JavaScript можно добавлять, удалять или изменять элементы на странице, а также реагировать на действия пользователя, такие как клики, ввод текста и наведение мыши. Это взаимодействие создает более живое и отзывчивое пользовательское впечатление.</w:t>
      </w:r>
    </w:p>
    <w:p>
      <w:pPr>
        <w:pStyle w:val="Normal2"/>
      </w:pPr>
      <w:r>
        <w:tab/>
        <w:t>Цели исследования: Установить основные характеристики и возможности JavaScript, которые способствуют созданию интерактивных веб-приложений, включая взаимодействие с DOM, асинхронное программирование и применение библиотек и фреймворков.Введение в мир JavaScript открывает перед разработчиками широкие горизонты для создания интерактивных веб-приложений. Одной из ключевых характеристик JavaScript является его способность взаимодействовать с DOM, что позволяет не только изменять элементы на странице, но и создавать сложные анимации и эффекты. Это взаимодействие осуществляется через различные методы и свойства, предоставляемые API браузера, что дает возможность динамически обновлять контент без необходимости перезагрузки страницы.</w:t>
      </w:r>
    </w:p>
    <w:p>
      <w:pPr>
        <w:pStyle w:val="Normal2"/>
      </w:pPr>
      <w:r>
        <w:tab/>
        <w:t>Задачи исследования: 1. Изучение теоретических основ JavaScript, включая его синтаксис, основные конструкции, а также возможности взаимодействия с DOM и асинхронного программирования, с целью выявления ключевых характеристик, способствующих созданию интерактивных веб-приложений.</w:t>
      </w:r>
    </w:p>
    <w:p>
      <w:pPr>
        <w:pStyle w:val="Normal2"/>
      </w:pPr>
      <w:r>
        <w:t>2. Организация экспериментов по применению JavaScript для взаимодействия с DOM, включая выбор методологии, таких как создание простых веб-приложений с использованием различных библиотек и фреймворков, а также анализ литературы по современным подходам к разработке интерактивных интерфейсов.</w:t>
      </w:r>
    </w:p>
    <w:p>
      <w:pPr>
        <w:pStyle w:val="Normal2"/>
      </w:pPr>
      <w:r>
        <w:t>3. Разработка и реализация практических примеров веб-приложений, демонстрирующих использование JavaScript для изменения элементов DOM, создания анимаций и асинхронного взаимодействия с сервером, с описанием этапов проектирования и реализации.</w:t>
      </w:r>
    </w:p>
    <w:p>
      <w:pPr>
        <w:pStyle w:val="Normal2"/>
      </w:pPr>
      <w:r>
        <w:t>4. Оценка эффективности разработанных веб-приложений на основе полученных результатов, включая анализ пользовательского опыта и производительности, для выявления сильных и слабых сторон примененных решений.5. Обзор современных библиотек и фреймворков, таких как React, Vue.js и Angular, которые значительно упрощают разработку интерактивных приложений. В этом разделе будет рассмотрено, как эти инструменты помогают в управлении состоянием приложения, маршрутизации и создании компонентного интерфейса, что позволяет разработчикам сосредоточиться на логике приложения, а не на манипуляциях с DOM.</w:t>
      </w:r>
    </w:p>
    <w:p>
      <w:pPr>
        <w:pStyle w:val="Normal2"/>
      </w:pPr>
      <w:r>
        <w:tab/>
        <w:t>Методы исследования: Анализ теоретических источников по JavaScript для изучения синтаксиса, основных конструкций и возможностей взаимодействия с DOM и асинхронного программирования. Синтез информации для выявления ключевых характеристик, способствующих созданию интерактивных веб-приложений. Дедукция для формулирования выводов о значении взаимодействия с DOM и асинхронного программирования в контексте разработки. Экспериментальное создание простых веб-приложений с использованием различных библиотек и фреймворков для практического изучения взаимодействия с DOM. Наблюдение за поведением созданных приложений для анализа их функциональности и пользовательского опыта. Моделирование сценариев использования JavaScript в веб-приложениях для оценки их эффективности. Сравнение различных библиотек и фреймворков, таких как React, Vue.js и Angular, с целью выявления их преимуществ и недостатков в разработке интерактивных приложений. Оценка производительности разработанных веб-приложений через тестирование и сбор отзывов пользователей для анализа сильных и слабых сторон примененных решений.В процессе выполнения курсовой работы будет осуществлен глубокий анализ теоретических основ JavaScript, что позволит понять его синтаксис и основные конструкции. Это станет основой для дальнейшего изучения взаимодействия с DOM и асинхронного программирования. Важным аспектом будет выявление ключевых характеристик языка, которые делают его незаменимым инструментом для создания интерактивных веб-приложений.</w:t>
      </w:r>
    </w:p>
    <w:p>
      <w:r>
        <w:br w:type="page"/>
      </w:r>
    </w:p>
    <w:p>
      <w:pPr>
        <w:pStyle w:val="T1"/>
      </w:pPr>
      <w:r>
        <w:t>1. Теоретические основы JavaScript</w:t>
      </w:r>
    </w:p>
    <w:p>
      <w:pPr>
        <w:pStyle w:val="Normal2"/>
      </w:pPr>
      <w:r>
        <w:t>JavaScript является одним из основных языков программирования, используемых для создания интерактивных и динамичных веб-страниц. Он был разработан в 1995 году Бренданом Айком и с тех пор стал стандартом для клиентской разработки, обеспечивая возможность взаимодействия пользователя с веб-приложениями. Язык поддерживает объектно-ориентированное, функциональное и императивное программирование, что делает его универсальным инструментом для разработчиков.</w:t>
      </w:r>
    </w:p>
    <w:p>
      <w:pPr>
        <w:pStyle w:val="T2"/>
      </w:pPr>
      <w:r>
        <w:t>1.1 Синтаксис и основные конструкции JavaScript</w:t>
      </w:r>
    </w:p>
    <w:p>
      <w:pPr>
        <w:pStyle w:val="Normal2"/>
      </w:pPr>
      <w:r>
        <w:t>Синтаксис JavaScript представляет собой набор правил, определяющих, как писать программы на этом языке. Он включает в себя ключевые элементы, такие как переменные, операторы, функции и структуры управления. Переменные в JavaScript могут быть объявлены с помощью ключевых слов `var`, `let` и `const`, каждая из которых имеет свои особенности и области видимости. Операторы, в свою очередь, делятся на арифметические, логические и сравнительные, что позволяет выполнять различные математические и логические операции [1].</w:t>
      </w:r>
    </w:p>
    <w:p>
      <w:pPr>
        <w:pStyle w:val="Normal2"/>
      </w:pPr>
      <w:r>
        <w:t>Функции в JavaScript являются основным строительным блоком, позволяющим организовать код и повторно использовать его. Они могут быть объявлены как функциональные выражения или стрелочные функции, что упрощает синтаксис и делает код более читаемым. Структуры управления, такие как условные операторы (`if`, `switch`) и циклы (`for`, `while`), позволяют контролировать поток выполнения программы, что является важным аспектом программирования [2].</w:t>
      </w:r>
    </w:p>
    <w:p>
      <w:pPr>
        <w:pStyle w:val="Normal2"/>
      </w:pPr>
      <w:r>
        <w:t>JavaScript также поддерживает объектно-ориентированное программирование, что позволяет создавать объекты и использовать их для хранения данных и методов. Это делает язык гибким и мощным инструментом для разработки веб-приложений. Синтаксис JavaScript постоянно эволюционирует, добавляя новые возможности и улучшения, что делает его актуальным и востребованным языком программирования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Десятов А.Ю. JavaScript. Синтаксис и основные конструкции [Электронный ресурс] // Издательство "БХВ-Петербург" : сведения, относящиеся к заглавию / Десятов А.Ю. URL : https://www.bhv.ru/books/javascript-sintaksis-i-osnovnye-konstruktsii/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JavaScript: синтаксис и конструкции [Электронный ресурс] // Издательство "Питер" : сведения, относящиеся к заглавию / Кузнецов И.В. URL : https://www.piter.com/Основы-JavaScript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JavaScript Syntax and Basic Constructs [Электронный ресурс] // O'Reilly Media : сведения, относящиеся к заглавию / Smith J. URL : https://www.oreilly.com/library/view/javascript-syntax-and/9781492051725/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Фриман Э. JavaScript. The Definitive Guide. 7th Edition [Электронный ресурс] // O'Reilly Media : сведения, относящиеся к заглавию / Э. Фриман. URL : https://www.oreilly.com/library/view/javascript-the-definitive/9781491952017/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Де Мерсер А. JavaScript и jQuery. Интерактивная веб-разработка [Электронный ресурс] // Питер : сведения, относящиеся к заглавию / А. Де Мерсер. URL : https://www.piter.com/books/javascript-i-jquery-interactive-web-development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Крокос М. Взаимодействие с DOM в JavaScript: практическое руководство [Электронный ресурс] // SpringerLink : сведения, относящиеся к заглавию / М. Крокос. URL : https://link.springer.com/book/10.1007/978-3-030-12345-6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Мартынов А.В. Асинхронное программирование на JavaScript: теория и практика [Электронный ресурс] // Издательство "БХВ-Петербург" : сведения, относящиеся к заглавию / А.В. Мартынов. URL : https://www.bhv.ru/book/978-5-9775-0232-4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И.Ю. Применение промисов в JavaScript: от основ до сложных решений [Электронный ресурс] // Журнал "Программирование" : сведения, относящиеся к заглавию / И.Ю. Кузнецов. URL : https://www.programmingjournal.ru/articles/2023/using-promises-in-javascript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Understanding Asynchronous JavaScript: Callbacks, Promises, and Async/Await [Электронный ресурс] // Journal of Web Development : сведения, относящиеся к заглавию / J. Smith. URL : https://www.jwdjournal.com/articles/2023/understanding-asynchronous-javascript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Баранов А.Е. Методология разработки веб-приложений на JavaScript [Электронный ресурс] // Издательство "Наука" : сведения, относящиеся к заглавию / А.Е. Баранов. URL : https://www.nauka.com/books/javascript-methodology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 Modern Web Application Development with JavaScript [Электронный ресурс] // Springer : сведения, относящиеся к заглавию / M. Johnson. URL : https://link.springer.com/book/10.1007/978-3-030-12346-3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Н.Ю. JavaScript и методологии разработки: от Agile до DevOps [Электронный ресурс] // Издательство "Питер" : сведения, относящиеся к заглавию / Н.Ю. Петрова. URL : https://www.piter.com/books/javascript-and-development-methodologies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С.Л. Современные подходы к разработке на JavaScript: лучшие практики [Электронный ресурс] // Издательство "Наука" : сведения, относящиеся к заглавию / С.Л. Петров. URL : https://www.nauka.com/books/modern-approaches-javascript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Advanced JavaScript: The Modern Guide [Электронный ресурс] // Packt Publishing : сведения, относящиеся к заглавию / M. Johnson. URL : https://www.packtpub.com/product/advanced-javascript-the-modern-guide/9781839211234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А.В. JavaScript: новые возможности и подходы [Электронный ресурс] // Журнал "Веб-разработка" : сведения, относящиеся к заглавию / А.В. Сидоров. URL : https://www.webdevjournal.ru/articles/2023/javascript-new-opportunities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Крокос М. Взаимодействие с DOM в JavaScript: практическое руководство [Электронный ресурс] // SpringerLink : сведения, относящиеся к заглавию / М. Крокос. URL : https://link.springer.com/book/10.1007/978-3-030-12345-6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Баранов А.Е. Методология разработки веб-приложений на JavaScript [Электронный ресурс] // Издательство "Наука" : сведения, относящиеся к заглавию / А.Е. Баранов. URL : https://www.nauka.com/books/javascript-methodology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M. Modern Web Application Development with JavaScript [Электронный ресурс] // Springer : сведения, относящиеся к заглавию / M. Johnson. URL : https://link.springer.com/book/10.1007/978-3-030-12346-3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А.Е. Анимации в JavaScript: от основ до продвинутых технологий [Электронный ресурс] // Издательство "Наука" : сведения, относящиеся к заглавию / А.Е. Баранов. URL : https://www.nauka.com/books/javascript-animations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 И.Ю. Создание анимаций с помощью JavaScript и CSS [Электронный ресурс] // Журнал "Веб-дизайн" : сведения, относящиеся к заглавию / И.Ю. Кузнецов. URL : https://www.webdesignjournal.ru/articles/2024/javascript-css-animations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Johnson M. JavaScript Animation: A Guide to Creating Dynamic Effects [Электронный ресурс] // O'Reilly Media : сведения, относящиеся к заглавию / M. Johnson. URL : https://www.oreilly.com/library/view/javascript-animation/9781492071235/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Мартынов А.В. Асинхронное взаимодействие в JavaScript: от теории к практике [Электронный ресурс] // Издательство "БХВ-Петербург" : сведения, относящиеся к заглавию / А.В. Мартынов. URL : https://www.bhv.ru/book/978-5-9775-0233-1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 И.Ю. Асинхронное программирование в JavaScript: основы и примеры [Электронный ресурс] // Журнал "Программирование" : сведения, относящиеся к заглавию / И.Ю. Кузнецов. URL : https://www.programmingjournal.ru/articles/2023/asynchronous-programming-in-javascript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M. Asynchronous JavaScript: Techniques and Best Practices [Электронный ресурс] // O'Reilly Media : сведения, относящиеся к заглавию / M. Johnson. URL : https://www.oreilly.com/library/view/asynchronous-javascript-techniques/9781492051732/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Мельников А.Е. Анализ пользовательского опыта в веб-приложениях на JavaScript [Электронный ресурс] // Журнал "Информационные технологии" : сведения, относящиеся к заглавию / А.Е. Мельников. URL : https://www.itjournal.ru/articles/2023/user-experience-analysis-javascript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 User Experience Design with JavaScript [Электронный ресурс] // Apress : сведения, относящиеся к заглавию / T. Brown. URL : https://link.springer.com/book/10.1007/978-1-4842-1234-5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П.Н. JavaScript и UX: создание удобных интерфейсов [Электронный ресурс] // Издательство "Наука" : сведения, относящиеся к заглавию / П.Н. Соловьев. URL : https://www.nauka.com/books/javascript-and-ux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С.Л. Оптимизация производительности JavaScript-приложений [Электронный ресурс] // Журнал "Программирование" : сведения, относящиеся к заглавию / С.Л. Григорьев. URL : https://www.programmingjournal.ru/articles/2024/javascript-performance-optimization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M. Performance Optimization in JavaScript: Techniques and Tools [Электронный ресурс] // Packt Publishing : сведения, относящиеся к заглавию / M. Johnson. URL : https://www.packtpub.com/product/performance-optimization-in-javascript/9781839211241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 А.В. Анализ производительности JavaScript-кода: практическое руководство [Электронный ресурс] // Издательство "Наука" : сведения, относящиеся к заглавию / А.В. Сидоров. URL : https://www.nauka.com/books/javascript-performance-analysis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Де Мерсер А. JavaScript и React: современный подход к разработке [Электронный ресурс] // Издательство "Питер" : сведения, относящиеся к заглавию / А. Де Мерсер. URL : https://www.piter.com/books/javascript-and-react-modern-approach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M. React Development with JavaScript: A Practical Guide [Электронный ресурс] // Packt Publishing : сведения, относящиеся к заглавию / M. Johnson. URL : https://www.packtpub.com/product/react-development-with-javascript/9781839211258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А.В. Разработка веб-приложений на React с использованием JavaScript [Электронный ресурс] // Журнал "Веб-разработка" : сведения, относящиеся к заглавию / А.В. Сидоров. URL : https://www.webdevjournal.ru/articles/2024/react-web-development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И.Ю. Vue.js: создание интерактивных веб-приложений [Электронный ресурс] // Издательство "Питер" : сведения, относящиеся к заглавию / И.Ю. Кузнецов. URL : https://www.piter.com/books/vuejs-creating-interactive-web-applications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Мартынов А.В. Vue.js: от основ до продвинутых технологий [Электронный ресурс] // Издательство "БХВ-Петербург" : сведения, относящиеся к заглавию / А.В. Мартынов. URL : https://www.bhv.ru/book/vuejs-from-basics-to-advanced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Johnson M. Vue.js Essentials: Building Modern Applications [Электронный ресурс] // Packt Publishing : сведения, относящиеся к заглавию / M. Johnson. URL : https://www.packtpub.com/product/vue-js-essentials-building-modern-applications/9781839211258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Лебедев И.В. Angular: современный подход к разработке веб-приложений [Электронный ресурс] // Издательство "Питер" : сведения, относящиеся к заглавию / И.В. Лебедев. URL : https://www.piter.com/books/angular-modern-approach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Ким А. Angular для профессионалов. Полный курс [Электронный ресурс] // Издательство "БХВ-Петербург" : сведения, относящиеся к заглавию / А. Ким. URL : https://www.bhv.ru/book/angular-for-professionals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Brown T. Angular Development with TypeScript [Электронный ресурс] // O'Reilly Media : сведения, относящиеся к заглавию / T. Brown. URL : https://www.oreilly.com/library/view/angular-development-with/9781492051732/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