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"Тестирование" по предмету: Тестирование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Методологии тестирования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методологий тестирования</w:t>
      </w:r>
    </w:p>
    <w:p>
      <w:pPr>
        <w:pStyle w:val="Normal2"/>
        <w:spacing w:before="0" w:after="0" w:line="240" w:lineRule="auto"/>
        <w:ind w:left="1417"/>
      </w:pPr>
      <w:r>
        <w:t>1.2 Влияние методологий на качество и надежность продуктов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методологий тестирования</w:t>
      </w:r>
    </w:p>
    <w:p>
      <w:pPr>
        <w:pStyle w:val="Normal2"/>
        <w:spacing w:before="0" w:after="0" w:line="240" w:lineRule="auto"/>
        <w:ind w:left="1417"/>
      </w:pPr>
      <w:r>
        <w:t>2.1 Планирование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тестирования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тестирования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Интеграция методологий в процесс разработки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"Тестирование" обусловлена несколькими ключевыми факторами, связанными с современными тенденциями в области информационных технологий и разработки программного обеспечения.</w:t>
      </w:r>
    </w:p>
    <w:p>
      <w:pPr>
        <w:pStyle w:val="Normal2"/>
      </w:pPr>
      <w:r>
        <w:t>Тестирование как процесс оценки и проверки программного обеспечения, систем, продуктов или услуг с целью выявления ошибок, недостатков и соответствия установленным требованиям. Этот процесс включает в себя различные методологии, такие как функциональное, регрессионное, нагрузочное и автоматизированное тестирование, а также охватывает принципы разработки тестовых сценариев и анализа полученных результатов. Тестирование играет ключевую роль в обеспечении качества и надежности программных продуктов, а также в снижении рисков, связанных с их эксплуатацией.Введение в тестирование программного обеспечения подразумевает понимание его важности на всех этапах разработки. Тестирование не только помогает выявить ошибки, но и способствует улучшению пользовательского опыта, повышая доверие к продукту.</w:t>
      </w:r>
    </w:p>
    <w:p>
      <w:pPr>
        <w:pStyle w:val="Normal2"/>
      </w:pPr>
      <w:r>
        <w:t>выявить основные методологии тестирования программного обеспечения и их влияние на качество и надежность продуктов, а также обосновать важность тестирования на всех этапах разработки для повышения пользовательского опыта.В процессе разработки программного обеспечения тестирование занимает центральное место. Оно не только служит инструментом для обнаружения ошибок, но и является важным элементом в обеспечении соответствия продукта требованиям пользователей и бизнеса. Основные методологии тестирования, такие как функциональное, регрессионное, нагрузочное и автоматизированное тестирование, имеют свои уникальные подходы и цели, что позволяет более эффективно выявлять недостатки на разных стадиях разработки.</w:t>
      </w:r>
    </w:p>
    <w:p>
      <w:pPr>
        <w:pStyle w:val="Normal2"/>
      </w:pPr>
      <w:r>
        <w:t>1. Изучить текущее состояние методологий тестирования программного обеспечения, проанализировав существующие теоретические источники и исследования, чтобы определить их влияние на качество и надежность продуктов.</w:t>
      </w:r>
    </w:p>
    <w:p>
      <w:pPr>
        <w:pStyle w:val="Normal2"/>
      </w:pPr>
      <w:r>
        <w:t>2. Организовать будущие эксперименты, направленные на сравнение различных методологий тестирования, обосновав выбор аналитических методов, технологий проведения тестов и критериев оценки, основываясь на собранных литературных источниках.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тестовых сценариев, проведения тестирования и сбора данных, а также графическое представление результатов.</w:t>
      </w:r>
    </w:p>
    <w:p>
      <w:pPr>
        <w:pStyle w:val="Normal2"/>
      </w:pPr>
      <w:r>
        <w:t>4. Провести объективную оценку эффективности примененных методологий тестирования на основании полученных результатов, выявив их влияние на качество пользовательского опыта и соответствие требованиям.5. Обсудить полученные результаты и их значение для разработки программного обеспечения, акцентируя внимание на том, как различные методологии тестирования могут быть интегрированы в процесс разработки для достижения максимальной эффективности.</w:t>
      </w:r>
    </w:p>
    <w:p>
      <w:r>
        <w:br w:type="page"/>
      </w:r>
    </w:p>
    <w:p>
      <w:pPr>
        <w:pStyle w:val="T1"/>
      </w:pPr>
      <w:r>
        <w:t>1. Методологии тестирования программного обеспечения</w:t>
      </w:r>
    </w:p>
    <w:p>
      <w:pPr>
        <w:pStyle w:val="Normal2"/>
      </w:pPr>
      <w:r>
        <w:t>Методологии тестирования программного обеспечения представляют собой систематизированные подходы, направленные на обеспечение качества программных продуктов. Эти методологии помогают определить стратегии, процессы и инструменты, используемые для выявления дефектов и оценки функциональности программного обеспечения.</w:t>
      </w:r>
    </w:p>
    <w:p>
      <w:pPr>
        <w:pStyle w:val="T2"/>
      </w:pPr>
      <w:r>
        <w:t>1.1 Обзор существующих методологий тестирования</w:t>
      </w:r>
    </w:p>
    <w:p>
      <w:pPr>
        <w:pStyle w:val="Normal2"/>
      </w:pPr>
      <w:r>
        <w:t>Существует множество методологий тестирования программного обеспечения, каждая из которых имеет свои уникальные подходы и принципы. Одной из наиболее распространенных методологий является тестирование на основе требований, которое фокусируется на проверке соответствия функциональности программного обеспечения заявленным требованиям. Этот подход позволяет выявить ошибки на ранних стадиях разработки и гарантировать, что конечный продукт соответствует ожиданиям заказчика. Важно отметить, что методология тестирования на основе требований требует тщательной проработки спецификаций, что может быть трудоемким процессом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Методологии тестирования программного обеспечения: обзор и анализ [Электронный ресурс] // Научный журнал «Информационные технологии и вычислительные системы» : сведения, относящиеся к заглавию / Кузнецов А.А. URL : http://www.itvs-journal.ru/articles/2023/01/overview-methodologies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Testing Methodologies: A Comprehensive Review [Электронный ресурс] // International Journal of Software Engineering and Testing : сведения, относящиеся к заглавию / Smith J. URL : http://www.ijset.org/articles/2023/testing-methodologies-review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методологий тестирования на качество программного обеспечения [Электронный ресурс] // Научный журнал "Программная инженерия" : сведения, относящиеся к заглавию / Иванов И.И. URL: http://www.softwareengineeringjournal.ru/articles/2025/ivanov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Testing Methodologies on Product Quality and Reliability [Electronic resource] // International Journal of Software Engineering : information about the title / Smith J. URL: http://www.ijse.org/articles/2025/smith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Организация экспериментов в тестировании программного обеспечения [Электронный ресурс] // Журнал "Современные технологии" : сведения, относящиеся к заглавию / Петрова А.С. URL : http://www.moderntechjournal.ru/articles/2024/petrova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Experiment Planning in Software Testing: Best Practices and Strategies [Electronic resource] // Journal of Software Testing and Quality Assurance : information about the title / Johnson L. URL : http://www.jstqa.org/articles/2024/johnson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А.С. Алгоритмы тестирования программного обеспечения: принципы и подходы [Электронный ресурс] // Журнал "Автоматизация и тестирование" : сведения, относящиеся к заглавию / Петрова А.С. URL : http://www.automation-testing.ru/articles/2023/algorithms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Effective Testing Strategies for Software Development [Электронный ресурс] // Journal of Software Testing and Quality Assurance : сведения, относящиеся к заглавию / Johnson M. URL : http://www.jstqa.com/articles/2024/effective-testing-strategies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В.П. Анализ результатов тестирования программного обеспечения: методические аспекты [Электронный ресурс] // Журнал "Информационные технологии" : сведения, относящиеся к заглавию / Сидоров В.П. URL : http://www.informtechjournal.ru/articles/2025/sidorov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R. Data Analysis Techniques in Software Testing: A Review [Electronic resource] // Journal of Software Engineering and Applications : информация о заглавии / Williams R. URL : http://www.jsea.org/articles/2024/williams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Интеграция методологий тестирования в процесс разработки программного обеспечения [Электронный ресурс] // Журнал "Компьютерные науки и информационные технологии" : сведения, относящиеся к заглавию / Сидоров В.В. URL : http://www.csit-journal.ru/articles/2025/integration-testing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Integrating Testing Methodologies into Software Development Processes [Electronic resource] // Journal of Software Engineering Practices : information about the title / Brown T. URL : http://www.jsep.org/articles/2025/integrating-testing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