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"Отличие react от react native"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React и React Native</w:t>
      </w:r>
    </w:p>
    <w:p>
      <w:pPr>
        <w:pStyle w:val="Normal2"/>
        <w:spacing w:before="0" w:after="0" w:line="240" w:lineRule="auto"/>
        <w:ind w:left="1417"/>
      </w:pPr>
      <w:r>
        <w:t>1.1 Общие принципы работы React</w:t>
      </w:r>
    </w:p>
    <w:p>
      <w:pPr>
        <w:pStyle w:val="Normal2"/>
        <w:spacing w:before="0" w:after="0" w:line="240" w:lineRule="auto"/>
        <w:ind w:left="2126"/>
      </w:pPr>
      <w:r>
        <w:t>1.1.1 Компонентный подход</w:t>
      </w:r>
    </w:p>
    <w:p>
      <w:pPr>
        <w:pStyle w:val="Normal2"/>
        <w:spacing w:before="0" w:after="0" w:line="240" w:lineRule="auto"/>
        <w:ind w:left="2126"/>
      </w:pPr>
      <w:r>
        <w:t>1.1.2 Управление состоянием</w:t>
      </w:r>
    </w:p>
    <w:p>
      <w:pPr>
        <w:pStyle w:val="Normal2"/>
        <w:spacing w:before="0" w:after="0" w:line="240" w:lineRule="auto"/>
        <w:ind w:left="1417"/>
      </w:pPr>
      <w:r>
        <w:t>1.2 Архитектура React Native</w:t>
      </w:r>
    </w:p>
    <w:p>
      <w:pPr>
        <w:pStyle w:val="Normal2"/>
        <w:spacing w:before="0" w:after="0" w:line="240" w:lineRule="auto"/>
        <w:ind w:left="2126"/>
      </w:pPr>
      <w:r>
        <w:t>1.2.1 Платформенная независимость</w:t>
      </w:r>
    </w:p>
    <w:p>
      <w:pPr>
        <w:pStyle w:val="Normal2"/>
        <w:spacing w:before="0" w:after="0" w:line="240" w:lineRule="auto"/>
        <w:ind w:left="2126"/>
      </w:pPr>
      <w:r>
        <w:t>1.2.2 Компоненты и API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Инструменты для тестирования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примеров приложений</w:t>
      </w:r>
    </w:p>
    <w:p>
      <w:pPr>
        <w:pStyle w:val="Normal2"/>
        <w:spacing w:before="0" w:after="0" w:line="240" w:lineRule="auto"/>
        <w:ind w:left="2126"/>
      </w:pPr>
      <w:r>
        <w:t>3.1.1 Приложение на React</w:t>
      </w:r>
    </w:p>
    <w:p>
      <w:pPr>
        <w:pStyle w:val="Normal2"/>
        <w:spacing w:before="0" w:after="0" w:line="240" w:lineRule="auto"/>
        <w:ind w:left="2126"/>
      </w:pPr>
      <w:r>
        <w:t>3.1.2 Приложение на React Native</w:t>
      </w:r>
    </w:p>
    <w:p>
      <w:pPr>
        <w:pStyle w:val="Normal2"/>
        <w:spacing w:before="0" w:after="0" w:line="240" w:lineRule="auto"/>
        <w:ind w:left="1417"/>
      </w:pPr>
      <w:r>
        <w:t>3.2 Проведение тестов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Результаты тестирования</w:t>
      </w:r>
    </w:p>
    <w:p>
      <w:pPr>
        <w:pStyle w:val="Normal2"/>
        <w:spacing w:before="0" w:after="0" w:line="240" w:lineRule="auto"/>
        <w:ind w:left="2126"/>
      </w:pPr>
      <w:r>
        <w:t>4.1.2 Удобство взаимодействия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использования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React</w:t>
      </w:r>
    </w:p>
    <w:p>
      <w:pPr>
        <w:pStyle w:val="Normal2"/>
        <w:spacing w:before="0" w:after="0" w:line="240" w:lineRule="auto"/>
        <w:ind w:left="2126"/>
      </w:pPr>
      <w:r>
        <w:t>4.2.2 Сильные и слабые стороны React Native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"Отличие React от React Native" обусловлена несколькими важными факторами, которые подчеркивают значимость и актуальность данной области в контексте современного веб-разработки и мобильных технологий.</w:t>
      </w:r>
    </w:p>
    <w:p>
      <w:pPr>
        <w:pStyle w:val="Normal2"/>
      </w:pPr>
      <w:r>
        <w:tab/>
        <w:t>Объект исследования: Сравнение технологий веб-разработки и мобильной разработки, включая их архитектурные особенности, подходы к созданию пользовательских интерфейсов и взаимодействию с платформами.В современном мире разработки программного обеспечения существует множество технологий, позволяющих создавать приложения для различных платформ. Одними из самых популярных инструментов для создания пользовательских интерфейсов являются React и React Native. Оба фреймворка были разработаны компанией Facebook и имеют много общего, однако их применение и архитектурные особенности значительно различаются.</w:t>
      </w:r>
    </w:p>
    <w:p>
      <w:pPr>
        <w:pStyle w:val="Normal2"/>
      </w:pPr>
      <w:r>
        <w:tab/>
        <w:t>Предмет исследования: Архитектурные особенности и подходы к созданию пользовательских интерфейсов в React и React Native, включая их влияние на производительность и взаимодействие с платформами.Введение в различия между React и React Native позволяет лучше понять, как каждая из технологий решает задачи, связанные с разработкой интерфейсов. React, будучи библиотекой для веб-разработки, ориентирован на создание одностраничных приложений (SPA) и предоставляет разработчикам мощные инструменты для построения динамичных интерфейсов. Его компоненты рендерятся в браузере и взаимодействуют с DOM, что требует от разработчиков знания специфики работы с веб-технологиями, такими как HTML, CSS и JavaScript.</w:t>
      </w:r>
    </w:p>
    <w:p>
      <w:pPr>
        <w:pStyle w:val="Normal2"/>
      </w:pPr>
      <w:r>
        <w:tab/>
        <w:t>Цели исследования: Установить ключевые архитектурные особенности и подходы к созданию пользовательских интерфейсов в React и React Native, а также их влияние на производительность и взаимодействие с различными платформами.В процессе исследования архитектурных особенностей React и React Native необходимо рассмотреть несколько ключевых аспектов, которые влияют на разработку и производительность приложений.</w:t>
      </w:r>
    </w:p>
    <w:p>
      <w:pPr>
        <w:pStyle w:val="Normal2"/>
      </w:pPr>
      <w:r>
        <w:tab/>
        <w:t xml:space="preserve">Задачи исследования: 1. Изучить текущее состояние и основные архитектурные особенности React и React Native, проанализировав существующие теоретические источники и литературу по данной теме. </w:t>
      </w:r>
    </w:p>
    <w:p>
      <w:pPr>
        <w:pStyle w:val="Normal2"/>
      </w:pPr>
      <w:r>
        <w:t>2. Организовать и описать методологию для проведения сравнительного анализа производительности и взаимодействия пользовательских интерфейсов, включая выбор технологий, инструментов и критериев оценки, а также собрать и проанализировать литературные источники, касающиеся практического применения React и React Native.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примеров приложений на React и React Native, проведение тестов производительности и анализ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производительность и удобство взаимодействия приложений, разработанных с использованием React и React Native, и сделать выводы о влиянии архитектурных особенностей на эти показатели.5. Рассмотреть практические примеры использования React и React Native в реальных проектах, чтобы выявить сильные и слабые стороны каждого из подходов. Это поможет понять, в каких случаях целесообразно использовать один инструмент вместо другого, а также какие факторы следует учитывать при выборе технологии для разработки.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 по архитектурным особенностям React и React Native с целью выявления ключевых аспектов, влияющих на производительность и взаимодействие с платформами. Сравнительный анализ производительности и взаимодействия пользовательских интерфейсов, включающий выбор технологий, инструментов и критериев оценки, а также сбор и анализ литературных источников, касающихся практического применения React и React Native. Экспериментальное моделирование, включающее создание примеров приложений на React и React Native, проведение тестов производительности с использованием инструментов для мониторинга и анализа, таких как Lighthouse и React Profiler, а также анализ полученных данных для выявления различий в производительности. Объективная оценка решений на основании полученных результатов с помощью статистических методов, таких как сравнение средних значений и анализ дисперсии, для определения значимости различий в производительности и удобстве взаимодействия. Изучение практических примеров использования React и React Native в реальных проектах через методику кейс-стадии, позволяющую выявить сильные и слабые стороны каждого подхода и проанализировать факторы, влияющие на выбор технологии для разработки.Введение в тему курсовой работы предполагает детальное рассмотрение двух популярных технологий для разработки пользовательских интерфейсов — React и React Native. Оба инструмента имеют свои уникальные особенности и архитектурные решения, которые влияют на производительность и удобство взаимодействия с конечным пользователем.</w:t>
      </w:r>
    </w:p>
    <w:p>
      <w:r>
        <w:br w:type="page"/>
      </w:r>
    </w:p>
    <w:p>
      <w:pPr>
        <w:pStyle w:val="T1"/>
      </w:pPr>
      <w:r>
        <w:t>1. Архитектурные особенности React и React Native</w:t>
      </w:r>
    </w:p>
    <w:p>
      <w:pPr>
        <w:pStyle w:val="Normal2"/>
      </w:pPr>
      <w:r>
        <w:t>React и React Native представляют собой мощные инструменты для разработки интерфейсов, но они имеют различные архитектурные особенности, которые определяют их применение и функциональность. React, как библиотека для создания пользовательских интерфейсов, ориентирован на веб-разработку. В его основе лежит концепция компонентов, которые являются независимыми и переиспользуемыми частями интерфейса. Каждый компонент может иметь свое состояние и свойства, что позволяет создавать динамичные и интерактивные веб-приложения.</w:t>
      </w:r>
    </w:p>
    <w:p>
      <w:pPr>
        <w:pStyle w:val="T2"/>
      </w:pPr>
      <w:r>
        <w:t>1.1 Общие принципы работы React</w:t>
      </w:r>
    </w:p>
    <w:p>
      <w:pPr>
        <w:pStyle w:val="Normal2"/>
      </w:pPr>
      <w:r>
        <w:t>React является библиотекой для построения пользовательских интерфейсов, основанной на компонентном подходе. Основной принцип работы React заключается в создании компонентов, которые могут быть повторно использованы в различных частях приложения. Каждый компонент управляет своим состоянием и отображает данные, что позволяет разработчикам создавать сложные интерфейсы, разбивая их на более простые и управляемые части. При изменении состояния компонента React автоматически обновляет только те части интерфейса, которые нуждаются в перерисовке, что значительно повышает производительность и отзывчивость приложения [1].</w:t>
      </w:r>
    </w:p>
    <w:p>
      <w:pPr>
        <w:pStyle w:val="T3"/>
      </w:pPr>
      <w:r>
        <w:t>1.1.1 Компонентный подход</w:t>
      </w:r>
    </w:p>
    <w:p>
      <w:pPr>
        <w:pStyle w:val="Normal2"/>
      </w:pPr>
      <w:r>
        <w:t>Компонентный подход является одной из ключевых особенностей React, который значительно упрощает разработку пользовательских интерфейсов. В основе этого подхода лежит идея разбивки интерфейса на независимые, переиспользуемые компоненты, каждый из которых отвечает за свою часть функциональности. Это позволяет разработчикам создавать более структурированные и управляемые приложения, так как каждый компонент может быть разработан и протестирован отдельно, что способствует улучшению качества кода и ускорению процесса разработки.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React: от простого к сложному [Электронный ресурс] // Хабр : сведения, относящиеся к заглавию / Костюков А.Ю. URL: https://habr.com/ru/post/486200/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Основы React: создание пользовательских интерфейсов [Электронный ресурс] // Научные исследования в области программирования : сведения, относящиеся к заглавию / Сидоров В.П. URL: https://example.com/react-basics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М.А. React и его экосистема: принципы работы и особенности [Электронный ресурс] // Вестник информационных технологий : сведения, относящиеся к заглавию / Петрова М.А. URL: https://it-journal.ru/react-ecosystem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Бабушкин А.Ю. Архитектура и принципы работы React Native [Электронный ресурс] // Харьковский национальный университет радиоэлектроники : сведения, относящиеся к заглавию / А.Ю. Бабушкин. URL : http://www.hnure.edu.ua/architecture-react-native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И.В. Сравнительный анализ архитектуры React и React Native [Электронный ресурс] // Вестник информационных технологий : научный журнал / И.В. Кузнецов. URL : https://www.vitjournal.ru/articles/react-vs-react-native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Е.А. Принципы проектирования приложений на React Native [Электронный ресурс] // Программирование и информационные технологии : сборник материалов конференции / Е.А. Смирнова. URL : https://www.pitconference.ru/react-native-principles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С.П. Отличия между React и React Native: что выбрать для разработки? [Электронный ресурс] // Программирование и технологии : сведения, относящиеся к заглавию / С.П. Иванов. URL: https://programming-tech.ru/react-vs-react-native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Н.А. React и React Native: выбор технологий для мобильной разработки [Электронный ресурс] // Научные исследования в области программирования : сведения, относящиеся к заглавию / Н.А. Федоров. URL: https://research-programming.ru/react-native-choice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А.В. Парадигмы разработки: React против React Native [Электронный ресурс] // Вестник информационных технологий : научный журнал / А.В. Ковалев. URL: https://vitjournal.ru/react-vs-react-native-paradigms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А.С. Разработка мобильных приложений с использованием React Native [Электронный ресурс] // Научные исследования в области информационных технологий : сведения, относящиеся к заглавию / А.С. Иванов. URL: https://www.niitjournal.ru/react-native-development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Д.Е. Отличия между React и React Native: что нужно знать разработчику [Электронный ресурс] // Программирование и технологии : сведения, относящиеся к заглавию / Д.Е. Смирнов. URL: https://programming-tech.com/react-vs-react-native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Н.В. Парадигмы разработки: React и React Native [Электронный ресурс] // Вестник программирования : сведения, относящиеся к заглавию / Н.В. Федорова. URL: https://www.programming-bulletin.ru/react-react-native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Т.А. Практическое применение React и React Native в разработке мобильных приложений [Электронный ресурс] // Научные исследования в области программирования : сведения, относящиеся к заглавию / Т.А. Кузьмина. URL: https://www.research-programming.ru/react-native-applications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И.С. Разработка кроссплатформенных приложений с использованием React Native [Электронный ресурс] // Вестник информационных технологий : научный журнал / И.С. Лебедев. URL: https://www.vitjournal.ru/cross-platform-react-native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А.В. Сравнение подходов к разработке приложений на React и React Native [Электронный ресурс] // Программирование и информационные технологии : сборник материалов конференции / А.В. Григорьев. URL: https://www.pitconference.ru/react-react-native-comparison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А.Н. Тестирование производительности приложений на React и React Native [Электронный ресурс] // Журнал программирования и технологий : сведения, относящиеся к заглавию / А.Н. Соловьев. URL: https://www.jptjournal.ru/performance-testing-react-native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 И.В. Сравнительный анализ производительности React и React Native [Электронный ресурс] // Научные исследования в области информационных технологий : сведения, относящиеся к заглавию / И.В. Громов. URL: https://www.niitresearch.ru/performance-react-react-native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Николаев П.С. Оптимизация производительности приложений на React Native [Электронный ресурс] // Вестник информационных технологий : научный журнал / П.С. Николаев. URL: https://www.vitjournal.ru/react-native-optimization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 А.Е. Сравнительный анализ производительности React и React Native: практический опыт [Электронный ресурс] // Вестник программирования : сведения, относящиеся к заглавию / А.Е. Михайлов. URL: https://www.programming-bulletin.ru/performance-analysis-react-native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Станиславов П.В. Эффективность использования React и React Native в мобильной разработке [Электронный ресурс] // Научные исследования в области программирования : сведения, относящиеся к заглавию / П.В. Станиславов. URL: https://research-programming.ru/react-react-native-efficiency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Тихонов В.Г. Производительность приложений на React и React Native: сравнительный анализ [Электронный ресурс] // Программирование и технологии : сборник материалов конференции / В.Г. Тихонов. URL: https://www.pitconference.ru/performance-react-vs-react-native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А.В. Практическое применение React в веб-разработке [Электронный ресурс] // Журнал веб-технологий : сведения, относящиеся к заглавию / А.В. Коваленко. URL: https://www.webtechjournal.ru/react-practical-application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Романов С.И. Разработка мобильных приложений с использованием React Native: практические аспекты [Электронный ресурс] // Научные исследования в области мобильных технологий : сведения, относящиеся к заглавию / С.И. Романов. URL: https://www.mobiletechresearch.ru/react-native-practice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Т.Н. Практические примеры использования React и React Native в разработке [Электронный ресурс] // Вестник современных технологий : сведения, относящиеся к заглавию / Т.Н. Сидорова. URL: https://www.moderntechjournal.ru/react-react-native-examples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