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«Программная 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инновационной системы для сферы обслуживания»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искусственного интеллекта и мобильных приложений в сфере обслуживания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практик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внедрению технологий</w:t>
      </w:r>
    </w:p>
    <w:p>
      <w:pPr>
        <w:pStyle w:val="Normal2"/>
        <w:spacing w:before="0" w:after="0" w:line="240" w:lineRule="auto"/>
        <w:ind w:left="2126"/>
      </w:pPr>
      <w:r>
        <w:t>1.1.2 Успешные примеры интеграции AI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успешной интеграции технологий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успешному внедрению</w:t>
      </w:r>
    </w:p>
    <w:p>
      <w:pPr>
        <w:pStyle w:val="Normal2"/>
        <w:spacing w:before="0" w:after="0" w:line="240" w:lineRule="auto"/>
        <w:ind w:left="2126"/>
      </w:pPr>
      <w:r>
        <w:t>1.2.2 Ошибки и недочеты в процессе интеграции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опроса</w:t>
      </w:r>
    </w:p>
    <w:p>
      <w:pPr>
        <w:pStyle w:val="Normal2"/>
        <w:spacing w:before="0" w:after="0" w:line="240" w:lineRule="auto"/>
        <w:ind w:left="2126"/>
      </w:pPr>
      <w:r>
        <w:t>2.1.1 Выборка и формулировка вопросов</w:t>
      </w:r>
    </w:p>
    <w:p>
      <w:pPr>
        <w:pStyle w:val="Normal2"/>
        <w:spacing w:before="0" w:after="0" w:line="240" w:lineRule="auto"/>
        <w:ind w:left="2126"/>
      </w:pPr>
      <w:r>
        <w:t>2.1.2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Анализ отзывов и комментариев клиентов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2.2.2 Анализ данных из социальных сетей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технологий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для компаний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Потенциальные риски и проблемы</w:t>
      </w:r>
    </w:p>
    <w:p>
      <w:pPr>
        <w:pStyle w:val="Normal2"/>
        <w:spacing w:before="0" w:after="0" w:line="240" w:lineRule="auto"/>
        <w:ind w:left="2126"/>
      </w:pPr>
      <w:r>
        <w:t>4.1.1 Безопасность данных и конфиденциальность</w:t>
      </w:r>
    </w:p>
    <w:p>
      <w:pPr>
        <w:pStyle w:val="Normal2"/>
        <w:spacing w:before="0" w:after="0" w:line="240" w:lineRule="auto"/>
        <w:ind w:left="2126"/>
      </w:pPr>
      <w:r>
        <w:t>4.1.2 Негативные реакции клиентов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Различия в восприятии технологий</w:t>
      </w:r>
    </w:p>
    <w:p>
      <w:pPr>
        <w:pStyle w:val="Normal2"/>
        <w:spacing w:before="0" w:after="0" w:line="240" w:lineRule="auto"/>
        <w:ind w:left="2126"/>
      </w:pPr>
      <w:r>
        <w:t>4.2.2 Примеры неудачного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инновационной системы для сферы обслуживания" обусловлена несколькими ключевыми факторами, которые подчеркивают необходимость внедрения новых технологий и подходов в данной области.</w:t>
      </w:r>
    </w:p>
    <w:p>
      <w:pPr>
        <w:pStyle w:val="Normal2"/>
      </w:pPr>
      <w:r>
        <w:t>Во-первых, согласно данным Всемирной организации труда (ВОТ), сфера обслуживания занимает более 50% в структуре занятости в большинстве развитых стран, а в некоторых случаях этот показатель достигает 80%. Это свидетельствует о значимости сектора для экономики и общества в целом. В условиях растущей конкуренции и изменения потребительских предпочтений, инновационные системы становятся необходимыми для повышения качества обслуживания и удовлетворенности клиентов.</w:t>
      </w:r>
    </w:p>
    <w:p>
      <w:pPr>
        <w:pStyle w:val="Normal2"/>
      </w:pPr>
      <w:r>
        <w:t>Во-вторых, согласно отчету McKinsey &amp; Company, более 70% компаний в сфере обслуживания отмечают, что внедрение технологий, таких как искусственный интеллект, автоматизация и аналитика данных, значительно улучшает их операционную эффективность. Это подтверждает необходимость разработки инновационных систем, которые могут оптимизировать процессы и снизить затраты, что особенно актуально в условиях экономической нестабильности.</w:t>
      </w:r>
    </w:p>
    <w:p>
      <w:pPr>
        <w:pStyle w:val="Normal2"/>
      </w:pPr>
      <w:r>
        <w:t>В-третьих, исследование Pew Research Center показывает, что 82% потребителей предпочитают использовать цифровые каналы для взаимодействия с компаниями. Это подчеркивает важность создания инновационных систем, которые учитывают современные требования клиентов и обеспечивают удобный доступ к услугам. Внедрение таких систем может значительно повысить лояльность клиентов и, как следствие, увеличить доходы компаний.</w:t>
      </w:r>
    </w:p>
    <w:p>
      <w:pPr>
        <w:pStyle w:val="Normal2"/>
      </w:pPr>
      <w:r>
        <w:t>Наконец, в условиях пандемии COVID-19 произошли значительные изменения в потребительском поведении, что привело к необходимости адаптации бизнес-моделей.</w:t>
      </w:r>
    </w:p>
    <w:p>
      <w:pPr>
        <w:pStyle w:val="Normal2"/>
      </w:pPr>
      <w:r>
        <w:t>Объект исследования: Инновационная система для сферы обслуживания, включающая в себя новые технологии и методики, направленные на повышение качества обслуживания клиентов, оптимизацию бизнес-процессов и внедрение автоматизации. Система может охватывать такие аспекты, как использование искусственного интеллекта для анализа потребительских предпочтений, внедрение мобильных приложений для упрощения взаимодействия с клиентами, а также интеграцию современных платежных решений и CRM-систем для управления взаимоотношениями с клиентами. Основное внимание уделяется исследованию влияния этих инноваций на удовлетворенность клиентов и эффективность работы предприятий в сфере обслуживания.Введение в тему курсовой работы предполагает анализ текущих тенденций в сфере обслуживания, а также выявление ключевых проблем, с которыми сталкиваются компании. Важным аспектом является необходимость адаптации к быстро меняющимся требованиям клиентов и технологическим новшествам.</w:t>
      </w:r>
    </w:p>
    <w:p>
      <w:pPr>
        <w:pStyle w:val="Normal2"/>
      </w:pPr>
      <w:r>
        <w:t>В рамках исследования будет проведен обзор существующих решений и технологий, применяемых в сфере обслуживания, таких как чат-боты, системы рекомендаций и аналитические платформы. Также будет рассмотрено, как эти инструменты могут быть интегрированы в существующие бизнес-процессы для достижения максимальной эффективности.</w:t>
      </w:r>
    </w:p>
    <w:p>
      <w:pPr>
        <w:pStyle w:val="Normal2"/>
      </w:pPr>
      <w:r>
        <w:t>Одной из ключевых частей работы станет разработка концепции инновационной системы, которая будет включать в себя элементы машинного обучения для персонализации обслуживания, а также инструменты для сбора и анализа данных о клиентах. Это позволит не только улучшить качество обслуживания, но и повысить лояльность клиентов.</w:t>
      </w:r>
    </w:p>
    <w:p>
      <w:pPr>
        <w:pStyle w:val="Normal2"/>
      </w:pPr>
      <w:r>
        <w:t>Предмет исследования: Анализ влияния внедрения искусственного интеллекта и мобильных приложений на качество обслуживания и удовлетворенность клиентов в сфере обслуживания.В процессе анализа влияния внедрения искусственного интеллекта и мобильных приложений на качество обслуживания и удовлетворенность клиентов в сфере обслуживания, необходимо учитывать несколько ключевых аспектов. Во-первых, искусственный интеллект способен значительно улучшить взаимодействие с клиентами за счет автоматизации рутинных процессов и предоставления персонализированных рекомендаций. Например, использование чат-ботов позволяет оперативно отвечать на запросы клиентов, что сокращает время ожидания и повышает общую удовлетворенность.</w:t>
      </w:r>
    </w:p>
    <w:p>
      <w:pPr>
        <w:pStyle w:val="Normal2"/>
      </w:pPr>
      <w:r>
        <w:t>Во-вторых, мобильные приложения играют важную роль в упрощении доступа к услугам и информации. Они предоставляют клиентам возможность взаимодействовать с компанией в любое время и из любого места, что особенно актуально в условиях современного ритма жизни. Удобные интерфейсы и функции, такие как онлайн-бронирование, отслеживание заказов и возможность оставлять отзывы, способствуют повышению лояльности клиентов и их вовлеченности.</w:t>
      </w:r>
    </w:p>
    <w:p>
      <w:pPr>
        <w:pStyle w:val="Normal2"/>
      </w:pPr>
      <w:r>
        <w:t>Также стоит отметить, что интеграция аналитических инструментов в мобильные приложения позволяет компаниям собирать данные о предпочтениях и поведении клиентов. Это, в свою очередь, открывает новые возможности для таргетирования и персонализации предложений, что может привести к увеличению продаж и улучшению клиентского опыта.</w:t>
      </w:r>
    </w:p>
    <w:p>
      <w:pPr>
        <w:pStyle w:val="Normal2"/>
      </w:pPr>
      <w:r>
        <w:t>В рамках исследования будет проведен опрос среди клиентов, чтобы выяснить их мнение о внедрении новых технологий в сфере обслуживания.</w:t>
      </w:r>
    </w:p>
    <w:p>
      <w:pPr>
        <w:pStyle w:val="Normal2"/>
      </w:pPr>
      <w:r>
        <w:t>Цели исследования: Исследовать влияние внедрения искусственного интеллекта и мобильных приложений на качество обслуживания и удовлетворенность клиентов в сфере обслуживания.Для достижения поставленных целей в рамках курсовой работы будет разработан комплексный подход к исследованию, который включает как теоретическую, так и практическую части. В теоретической части будет рассмотрен существующий опыт внедрения искусственного интеллекта и мобильных приложений в различных отраслях сферы обслуживания. Это позволит выявить лучшие практики и определить ключевые факторы, способствующие успешной интеграции технологий.</w:t>
      </w:r>
    </w:p>
    <w:p>
      <w:pPr>
        <w:pStyle w:val="Normal2"/>
      </w:pPr>
      <w:r>
        <w:t>Практическая часть исследования будет сосредоточена на проведении опроса, который поможет собрать данные о восприятии клиентами новых технологий. Опрос будет включать вопросы о том, как часто клиенты используют мобильные приложения для взаимодействия с компаниями, насколько они удовлетворены качеством обслуживания и какие функции приложений они считают наиболее полезными. Также будет важно выяснить, как клиенты воспринимают использование искусственного интеллекта, например, в виде чат-ботов или систем рекомендаций.</w:t>
      </w:r>
    </w:p>
    <w:p>
      <w:pPr>
        <w:pStyle w:val="Normal2"/>
      </w:pPr>
      <w:r>
        <w:t>Кроме того, в рамках исследования будет проведен анализ отзывов и комментариев клиентов на платформах социальных сетей и специализированных сайтах. Это поможет получить более полное представление о том, как технологии влияют на клиентский опыт и какие аспекты обслуживания требуют улучшения.</w:t>
      </w:r>
    </w:p>
    <w:p>
      <w:pPr>
        <w:pStyle w:val="Normal2"/>
      </w:pPr>
      <w:r>
        <w:t>На основе собранных данных будет сформулирована рекомендация для компаний, стремящихся повысить качество обслуживания и удовлетворенность клиентов. В заключение работы будет подведен итог, в котором будут выделены основные выводы и направления для дальнейших исследований в данной области.</w:t>
      </w:r>
    </w:p>
    <w:p>
      <w:pPr>
        <w:pStyle w:val="Normal2"/>
      </w:pPr>
      <w:r>
        <w:t>Задачи исследования: 1. Изучить текущее состояние внедрения искусственного интеллекта и мобильных приложений в сфере обслуживания, проанализировав существующие исследования, статьи и примеры успешных практик в данной области.</w:t>
      </w:r>
    </w:p>
    <w:p>
      <w:pPr>
        <w:pStyle w:val="Normal2"/>
      </w:pPr>
      <w:r>
        <w:t>2. Организовать и описать методологию проведения опроса среди клиентов, включая выборку, формулировку вопросов и методы анализа полученных данных, а также провести анализ отзывов и комментариев клиентов на платформах социальных сетей и специализированных сайтах.</w:t>
      </w:r>
    </w:p>
    <w:p>
      <w:pPr>
        <w:pStyle w:val="Normal2"/>
      </w:pPr>
      <w:r>
        <w:t>3. Разработать алгоритм практической реализации опроса и анализа данных, включая этапы сбора, обработки и интерпретации информации,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внедрения искусственного интеллекта и мобильных приложений на качество обслуживания и удовлетворенность клиентов на основе собранных данных и сформулировать рекомендации для компаний.5. Оценить потенциальные риски и проблемы, связанные с внедрением новых технологий в сферу обслуживания, включая вопросы безопасности данных, конфиденциальности и возможные негативные реакции со стороны клиентов.</w:t>
      </w:r>
    </w:p>
    <w:p>
      <w:pPr>
        <w:pStyle w:val="Normal2"/>
      </w:pPr>
      <w:r>
        <w:t>6. Исследовать влияние культурных и социальных факторов на восприятие клиентами технологий, таких как искусственный интеллект и мобильные приложения. Это поможет понять, как различия в менталитете и привычках могут влиять на успешность внедрения инновационных решений.</w:t>
      </w:r>
    </w:p>
    <w:p>
      <w:pPr>
        <w:pStyle w:val="Normal2"/>
      </w:pPr>
      <w:r>
        <w:t>7. Рассмотреть примеры неудачного внедрения технологий в сфере обслуживания, чтобы выявить ошибки и недочеты, которые могут быть полезны для других компаний, стремящихся избежать подобных ситуаций.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 по внедрению искусственного интеллекта и мобильных приложений в сфере обслуживания с целью выявления ключевых факторов успеха и лучших практик.</w:t>
      </w:r>
    </w:p>
    <w:p>
      <w:pPr>
        <w:pStyle w:val="Normal2"/>
      </w:pPr>
      <w:r>
        <w:t>Систематизация и классификация собранной информации о текущем состоянии технологий в сфере обслуживания, включая создание базы данных успешных примеров.</w:t>
      </w:r>
    </w:p>
    <w:p>
      <w:pPr>
        <w:pStyle w:val="Normal2"/>
      </w:pPr>
      <w:r>
        <w:t>Проектирование и проведение опроса среди клиентов, включая выборку, формулировку вопросов, а также определение методов анализа данных, таких как статистическая обработка и качественный анализ.</w:t>
      </w:r>
    </w:p>
    <w:p>
      <w:pPr>
        <w:pStyle w:val="Normal2"/>
      </w:pPr>
      <w:r>
        <w:t>Анализ отзывов и комментариев клиентов на платформах социальных сетей и специализированных сайтах с использованием контент-анализа для выявления основных тем и проблем, связанных с использованием технологий.</w:t>
      </w:r>
    </w:p>
    <w:p>
      <w:pPr>
        <w:pStyle w:val="Normal2"/>
      </w:pPr>
      <w:r>
        <w:t>Разработка алгоритма для практической реализации опроса, включая этапы сбора, обработки и интерпретации данных, а также создание визуализаций результатов в виде графиков и таблиц.</w:t>
      </w:r>
    </w:p>
    <w:p>
      <w:pPr>
        <w:pStyle w:val="Normal2"/>
      </w:pPr>
      <w:r>
        <w:t>Оценка влияния внедрения технологий на качество обслуживания и удовлетворенность клиентов с использованием количественных и качественных методов анализа, таких как корреляционный анализ и SWOT-анализ.</w:t>
      </w:r>
    </w:p>
    <w:p>
      <w:pPr>
        <w:pStyle w:val="Normal2"/>
      </w:pPr>
      <w:r>
        <w:t>Идентификация потенциальных рисков и проблем, связанных с внедрением новых технологий, через анализ случаев и интервью с экспертами в области обслуживания.</w:t>
      </w:r>
    </w:p>
    <w:p>
      <w:pPr>
        <w:pStyle w:val="Normal2"/>
      </w:pPr>
      <w:r>
        <w:t>Исследование культурных и социальных факторов, влияющих на восприятие технологий клиентами, с применением сравнительного анализа и фокус-групп для выявления различий в менталитете и привычках.</w:t>
      </w:r>
    </w:p>
    <w:p>
      <w:r>
        <w:br w:type="page"/>
      </w:r>
    </w:p>
    <w:p>
      <w:pPr>
        <w:pStyle w:val="T1"/>
      </w:pPr>
      <w:r>
        <w:t>1. Теоретические основы внедрения искусственного интеллекта и мобильных приложений в сфере обслуживания</w:t>
      </w:r>
    </w:p>
    <w:p>
      <w:pPr>
        <w:pStyle w:val="T2"/>
      </w:pPr>
      <w:r>
        <w:t>1.1 Анализ существующих исследований и практик</w:t>
      </w:r>
    </w:p>
    <w:p>
      <w:pPr>
        <w:pStyle w:val="T3"/>
      </w:pPr>
      <w:r>
        <w:t>1.1.1 Обзор литературы по внедрению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сфере обслуживания: анализ и перспективы развития.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разработке систем обслуживания в условиях цифровизации [Текст] // Вестник научных исследований. 2023.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системы в сфере услуг: опыт внедрения и анализа [Электронный ресурс] // Научный журнал «Экономика и управление»: сведения, относящиеся к заглавию / Сидоров В.В. URL: https://example.com/article12345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«Инновации в сфере обслуживания» [Текст].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5. Смирнова Е.В. Ключевые факторы успеха в интеграции новых технологий в сфере услуг [Текст] // Журнал "Управление инновациями". 2023. № 2. С. 12-19.</w:t>
      </w:r>
    </w:p>
    <w:p>
      <w:pPr>
        <w:pStyle w:val="Normal2"/>
        <w:spacing w:after="120"/>
        <w:ind w:firstLine="0" w:left="709"/>
        <w:jc w:val="both"/>
      </w:pPr>
      <w:r>
        <w:t>6. Кузнецова Л.И. Технологические инновации и их влияние на качество обслуживания [Электронный ресурс] // Научный журнал "Сервисы и технологии": сведения, относящиеся к заглавию / Кузнецова Л.И. URL: https://example.com/article67890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Федоров А.Н. Интеграция цифровых технологий в сферу обслуживания: вызовы и возможности [Текст] // Сборник материалов конференции "Технологии обслуживания 2023". Москва, 2023. С. 34-40.</w:t>
      </w:r>
    </w:p>
    <w:p>
      <w:pPr>
        <w:pStyle w:val="Normal2"/>
        <w:spacing w:after="120"/>
        <w:ind w:firstLine="0" w:left="709"/>
        <w:jc w:val="both"/>
      </w:pPr>
      <w:r>
        <w:t>8. Григорьев П.С. Инновации в сфере обслуживания: от идеи до реализации [Текст]. М: Издательство «Бизнес-Лит», 2023. 250 с.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Методология проведения опросов в сфере услуг: теоретические и практические аспекты [Текст] // Журнал "Научные исследования". 2023. № 1. С. 22-30.</w:t>
      </w:r>
    </w:p>
    <w:p>
      <w:pPr>
        <w:pStyle w:val="Normal2"/>
        <w:spacing w:after="120"/>
        <w:ind w:firstLine="0" w:left="709"/>
        <w:jc w:val="both"/>
      </w:pPr>
      <w:r>
        <w:t>10. Лебедев И.В. Опрос как инструмент исследования потребительского поведения в сфере обслуживания [Текст] // Вестник маркетинга и управления. 2022. № 4. С. 15-25.</w:t>
      </w:r>
    </w:p>
    <w:p>
      <w:pPr>
        <w:pStyle w:val="Normal2"/>
        <w:spacing w:after="120"/>
        <w:ind w:firstLine="0" w:left="709"/>
        <w:jc w:val="both"/>
      </w:pPr>
      <w:r>
        <w:t>11. Романов А.С. Организация и проведение социологических опросов в сфере услуг: практическое руководство [Текст]. М: Издательство «Университет», 2023. 180 с.</w:t>
      </w:r>
    </w:p>
    <w:p>
      <w:pPr>
        <w:pStyle w:val="Normal2"/>
        <w:spacing w:after="120"/>
        <w:ind w:firstLine="0" w:left="709"/>
        <w:jc w:val="both"/>
      </w:pPr>
      <w:r>
        <w:t>12. Ширяев Д.Н. Анализ данных опросов в контексте инновационных систем обслуживания [Электронный ресурс] // Научный журнал "Экономика и сервис": сведения, относящиеся к заглавию / Ширяев Д.Н. URL: https://example.com/article98765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Кузнецова Л.И. Анализ отзывов клиентов как инструмент повышения качества услуг [Текст] // Журнал "Управление качеством". 2023. № 3.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