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«Программная инженерия»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инновационной системы для владельцев питомцев»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инновационных систем для владельцев питомцев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 и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1.1.1 Обзор текущих инновационных систем</w:t>
      </w:r>
    </w:p>
    <w:p>
      <w:pPr>
        <w:pStyle w:val="Normal2"/>
        <w:spacing w:before="0" w:after="0" w:line="240" w:lineRule="auto"/>
        <w:ind w:left="2126"/>
      </w:pPr>
      <w:r>
        <w:t>1.1.2 Выявление недостатков и потребностей пользователей</w:t>
      </w:r>
    </w:p>
    <w:p>
      <w:pPr>
        <w:pStyle w:val="Normal2"/>
        <w:spacing w:before="0" w:after="0" w:line="240" w:lineRule="auto"/>
        <w:ind w:left="1417"/>
      </w:pPr>
      <w:r>
        <w:t>1.2 Методологии проектирования</w:t>
      </w:r>
    </w:p>
    <w:p>
      <w:pPr>
        <w:pStyle w:val="Normal2"/>
        <w:spacing w:before="0" w:after="0" w:line="240" w:lineRule="auto"/>
        <w:ind w:left="2126"/>
      </w:pPr>
      <w:r>
        <w:t>1.2.1 Agile и его применение в разработке</w:t>
      </w:r>
    </w:p>
    <w:p>
      <w:pPr>
        <w:pStyle w:val="Normal2"/>
        <w:spacing w:before="0" w:after="0" w:line="240" w:lineRule="auto"/>
        <w:ind w:left="2126"/>
      </w:pPr>
      <w:r>
        <w:t>1.2.2 Design Thinking как инструмент разработки</w:t>
      </w:r>
    </w:p>
    <w:p>
      <w:pPr>
        <w:pStyle w:val="Normal2"/>
        <w:spacing w:before="0" w:after="0" w:line="240" w:lineRule="auto"/>
        <w:ind w:left="709"/>
      </w:pPr>
      <w:r>
        <w:t>2. Разработка функциональных характеристик и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2.1 Создание прототипов мобильного приложения и веб-платформы</w:t>
      </w:r>
    </w:p>
    <w:p>
      <w:pPr>
        <w:pStyle w:val="Normal2"/>
        <w:spacing w:before="0" w:after="0" w:line="240" w:lineRule="auto"/>
        <w:ind w:left="2126"/>
      </w:pPr>
      <w:r>
        <w:t>2.1.1 Выбор технологий разработки</w:t>
      </w:r>
    </w:p>
    <w:p>
      <w:pPr>
        <w:pStyle w:val="Normal2"/>
        <w:spacing w:before="0" w:after="0" w:line="240" w:lineRule="auto"/>
        <w:ind w:left="2126"/>
      </w:pPr>
      <w:r>
        <w:t>2.1.2 Создание первых прототипов</w:t>
      </w:r>
    </w:p>
    <w:p>
      <w:pPr>
        <w:pStyle w:val="Normal2"/>
        <w:spacing w:before="0" w:after="0" w:line="240" w:lineRule="auto"/>
        <w:ind w:left="1417"/>
      </w:pPr>
      <w:r>
        <w:t>2.2 Тестирование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2.2.1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обратной связи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3.1 Анализ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3.1.1 Метрики удовлетворенности пользователей</w:t>
      </w:r>
    </w:p>
    <w:p>
      <w:pPr>
        <w:pStyle w:val="Normal2"/>
        <w:spacing w:before="0" w:after="0" w:line="240" w:lineRule="auto"/>
        <w:ind w:left="2126"/>
      </w:pPr>
      <w:r>
        <w:t>3.1.2 Влияние на уход за питомцами</w:t>
      </w:r>
    </w:p>
    <w:p>
      <w:pPr>
        <w:pStyle w:val="Normal2"/>
        <w:spacing w:before="0" w:after="0" w:line="240" w:lineRule="auto"/>
        <w:ind w:left="1417"/>
      </w:pPr>
      <w:r>
        <w:t>3.2 Анализ конкурентного окружения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3.2.2 Выявление уникальных предложений</w:t>
      </w:r>
    </w:p>
    <w:p>
      <w:pPr>
        <w:pStyle w:val="Normal2"/>
        <w:spacing w:before="0" w:after="0" w:line="240" w:lineRule="auto"/>
        <w:ind w:left="709"/>
      </w:pPr>
      <w:r>
        <w:t>4. Проектный план и юзабилити-тестирование</w:t>
      </w:r>
    </w:p>
    <w:p>
      <w:pPr>
        <w:pStyle w:val="Normal2"/>
        <w:spacing w:before="0" w:after="0" w:line="240" w:lineRule="auto"/>
        <w:ind w:left="1417"/>
      </w:pPr>
      <w:r>
        <w:t>4.1 Создание проектного плана</w:t>
      </w:r>
    </w:p>
    <w:p>
      <w:pPr>
        <w:pStyle w:val="Normal2"/>
        <w:spacing w:before="0" w:after="0" w:line="240" w:lineRule="auto"/>
        <w:ind w:left="2126"/>
      </w:pPr>
      <w:r>
        <w:t>4.1.1 Временные рамки и распределение задач</w:t>
      </w:r>
    </w:p>
    <w:p>
      <w:pPr>
        <w:pStyle w:val="Normal2"/>
        <w:spacing w:before="0" w:after="0" w:line="240" w:lineRule="auto"/>
        <w:ind w:left="2126"/>
      </w:pPr>
      <w:r>
        <w:t>4.1.2 Критерии успеха для каждого модуля</w:t>
      </w:r>
    </w:p>
    <w:p>
      <w:pPr>
        <w:pStyle w:val="Normal2"/>
        <w:spacing w:before="0" w:after="0" w:line="240" w:lineRule="auto"/>
        <w:ind w:left="1417"/>
      </w:pPr>
      <w:r>
        <w:t>4.2 Проведение юзабилити-тестирования</w:t>
      </w:r>
    </w:p>
    <w:p>
      <w:pPr>
        <w:pStyle w:val="Normal2"/>
        <w:spacing w:before="0" w:after="0" w:line="240" w:lineRule="auto"/>
        <w:ind w:left="2126"/>
      </w:pPr>
      <w:r>
        <w:t>4.2.1 Выявление потенциальных проблем</w:t>
      </w:r>
    </w:p>
    <w:p>
      <w:pPr>
        <w:pStyle w:val="Normal2"/>
        <w:spacing w:before="0" w:after="0" w:line="240" w:lineRule="auto"/>
        <w:ind w:left="2126"/>
      </w:pPr>
      <w:r>
        <w:t>4.2.2 Внесение изменений до финального релиза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инновационной системы для владельцев питомцев" обусловлена несколькими ключевыми факторами, которые подчеркивают необходимость и важность данного проекта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здравоохранения, количество домашних животных в мире продолжает расти. Согласно статистике, в 2022 году в домах по всему миру проживало более 900 миллионов собак и 600 миллионов кошек. Это свидетельствует о значительном увеличении числа владельцев питомцев, что, в свою очередь, создает потребность в новых инструментах и системах, способствующих более эффективному уходу за животными.</w:t>
      </w:r>
    </w:p>
    <w:p>
      <w:pPr>
        <w:pStyle w:val="Normal2"/>
      </w:pPr>
      <w:r>
        <w:t>Во-вторых, современные владельцы питомцев сталкиваются с множеством вызовов, связанных с уходом и воспитанием своих животных. По данным исследования, проведенного American Pet Products Association, более 70% владельцев домашних животных испытывают трудности в управлении здоровьем и поведением своих питомцев. Это подчеркивает необходимость разработки инновационных решений, которые могут помочь владельцам в уходе за животными, включая мониторинг здоровья, рекомендации по питанию и обучению.</w:t>
      </w:r>
    </w:p>
    <w:p>
      <w:pPr>
        <w:pStyle w:val="Normal2"/>
      </w:pPr>
      <w:r>
        <w:t>В-третьих, с учетом быстрого развития технологий, таких как интернет вещей (IoT) и искусственный интеллект (AI), существует огромный потенциал для создания интеллектуальных систем, которые могут значительно улучшить качество жизни как питомцев, так и их владельцев. Например, по данным MarketsandMarkets, рынок технологий для домашних животных ожидает роста на 25% в год до 2025 года, что подчеркивает растущий интерес к инновациям в этой области.</w:t>
      </w:r>
    </w:p>
    <w:p>
      <w:pPr>
        <w:pStyle w:val="Normal2"/>
      </w:pPr>
      <w:r>
        <w:t>Объект исследования: Инновационная система для владельцев питомцев, включающая в себя мобильное приложение и веб-платформу, которые обеспечивают комплексное решение для ухода за животными, управления их здоровьем и социализации. Система включает функции напоминаний о вакцинациях, записи на прием к ветеринару, мониторинга физической активности питомца, а также платформу для общения владельцев и обмена опытом. Особое внимание уделяется интеграции с устройствами для отслеживания активности и здоровья животных, а также возможностью получения рекомендаций по уходу и питанию на основе данных о конкретном питомце.Введение в курсовую работу будет посвящено актуальности темы, связанной с уходом за питомцами. В последние годы наблюдается рост интереса к домашним животным, что в свою очередь требует более системного подхода к их содержанию и заботе. Владельцы часто сталкиваются с проблемами, связанными с управлением здоровьем своих питомцев, а также с недостатком информации о правильном уходе и социализации животных.</w:t>
      </w:r>
    </w:p>
    <w:p>
      <w:pPr>
        <w:pStyle w:val="Normal2"/>
      </w:pPr>
      <w:r>
        <w:t>Цель разработки данной системы заключается в создании удобного и интуитивно понятного инструмента, который поможет владельцам питомцев эффективно управлять всеми аспектами ухода за ними. Мобильное приложение будет предоставлять пользователям возможность получать актуальные уведомления о вакцинациях и других медицинских процедурах, а также записываться на прием к ветеринару в несколько кликов.</w:t>
      </w:r>
    </w:p>
    <w:p>
      <w:pPr>
        <w:pStyle w:val="Normal2"/>
      </w:pPr>
      <w:r>
        <w:t>Веб-платформа станет местом для общения владельцев животных, где они смогут делиться опытом, задавать вопросы и получать советы от более опытных пользователей и специалистов.</w:t>
      </w:r>
    </w:p>
    <w:p>
      <w:pPr>
        <w:pStyle w:val="Normal2"/>
      </w:pPr>
      <w:r>
        <w:t>Предмет исследования: Функциональные характеристики и пользовательский интерфейс инновационной системы для владельцев питомцев, включая мобильное приложение и веб-платформу, с акцентом на интеграцию с устройствами для отслеживания активности и здоровья животных, а также на механизмы взаимодействия пользователей для обмена опытом и получения рекомендаций по уходу и питанию.Функциональные характеристики системы будут включать несколько ключевых модулей, каждый из которых будет направлен на решение конкретных задач, с которыми сталкиваются владельцы питомцев.</w:t>
      </w:r>
    </w:p>
    <w:p>
      <w:pPr>
        <w:pStyle w:val="Normal2"/>
      </w:pPr>
      <w:r>
        <w:t>Первый модуль — управление здоровьем питомца. Он будет включать в себя календарь вакцинаций и медицинских процедур, где пользователи смогут вносить информацию о прививках, назначениях и других важных событиях. Система будет автоматически отправлять уведомления о предстоящих процедурах, что поможет владельцам не забывать о важности регулярного медицинского обслуживания.</w:t>
      </w:r>
    </w:p>
    <w:p>
      <w:pPr>
        <w:pStyle w:val="Normal2"/>
      </w:pPr>
      <w:r>
        <w:t>Второй модуль — мониторинг физической активности. Интеграция с носимыми устройствами, такими как фитнес-трекеры для животных, позволит владельцам отслеживать уровень активности своих питомцев и получать рекомендации по физическим нагрузкам. Пользователи смогут устанавливать цели по активности и получать отчеты о достижениях, что будет способствовать улучшению здоровья животных.</w:t>
      </w:r>
    </w:p>
    <w:p>
      <w:pPr>
        <w:pStyle w:val="Normal2"/>
      </w:pPr>
      <w:r>
        <w:t>Третий модуль — социальная платформа. Она создаст пространство для общения владельцев, где они смогут делиться опытом, задавать вопросы и получать советы. Веб-платформа будет включать форумы, чаты и возможность создания групп по интересам, что позволит пользователям находить единомышленников и обмениваться полезной информацией.</w:t>
      </w:r>
    </w:p>
    <w:p>
      <w:pPr>
        <w:pStyle w:val="Normal2"/>
      </w:pPr>
      <w:r>
        <w:t>Цели исследования: Разработать функциональные характеристики и пользовательский интерфейс инновационной системы для владельцев питомцев, включая мобильное приложение и веб-платформу, с акцентом на интеграцию с устройствами для отслеживания активности и здоровья животных, а также на механизмы взаимодействия пользователей для обмена опытом и получения рекомендаций по уходу и питанию.Четвертый модуль — управление питанием. Этот раздел системы будет предоставлять владельцам питомцев персонализированные рекомендации по рациону, основываясь на породе, возрасте, весе и уровне активности животного. Пользователи смогут вводить данные о кормлении, а система будет анализировать их и предлагать оптимальные варианты кормов, а также рецепты для домашних блюд. Также предусмотрены функции для отслеживания веса питомца и рекомендации по коррекции рациона в зависимости от изменений в состоянии здоровья или активности.</w:t>
      </w:r>
    </w:p>
    <w:p>
      <w:pPr>
        <w:pStyle w:val="Normal2"/>
      </w:pPr>
      <w:r>
        <w:t>Пятый модуль — обучение и поведение. Этот модуль будет включать в себя обучающие материалы, видеоуроки и советы по дрессировке питомцев. Владельцы смогут получать рекомендации по воспитанию и коррекции поведения, что поможет улучшить взаимодействие между питомцем и его хозяином. Также предусмотрена возможность записывать успехи в обучении и делиться ими с другими пользователями.</w:t>
      </w:r>
    </w:p>
    <w:p>
      <w:pPr>
        <w:pStyle w:val="Normal2"/>
      </w:pPr>
      <w:r>
        <w:t>Шестой модуль — интеграция с ветеринарами и специалистами. Пользователи смогут находить и записываться на прием к ветеринарам, а также получать консультации онлайн. Этот функционал будет включать в себя возможность обмена медицинскими записями и анализами, что упростит процесс диагностики и лечения.</w:t>
      </w:r>
    </w:p>
    <w:p>
      <w:pPr>
        <w:pStyle w:val="Normal2"/>
      </w:pPr>
      <w:r>
        <w:t>Задачи исследования: Изучение текущего состояния инновационных систем для владельцев питомцев, включая анализ существующих решений, функциональных характеристик и пользовательских интерфейсов, а также выявление недостатков и потребностей пользователей.</w:t>
      </w:r>
    </w:p>
    <w:p>
      <w:pPr>
        <w:pStyle w:val="Normal2"/>
      </w:pPr>
      <w:r>
        <w:t>Организация экспериментов по разработке функциональных характеристик и пользовательского интерфейса системы, включая выбор методологии проектирования (например, Agile или Design Thinking), технологию разработки (например, использование фреймворков для мобильных приложений и веб-платформ) и анализ собранных литературных источников о лучших практиках в области разработки приложений для владельцев питомцев.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мобильного приложения и веб-платформы, тестирование пользовательского интерфейса на целевой аудитории, а также сбор и анализ обратной связи для оптимизации функционала системы.</w:t>
      </w:r>
    </w:p>
    <w:p>
      <w:pPr>
        <w:pStyle w:val="Normal2"/>
      </w:pPr>
      <w:r>
        <w:t>Оценка эффективности разработанных функциональных характеристик и пользовательского интерфейса на основе полученных результатов тестирования, включая анализ пользовательского опыта, удовлетворенности и влияния на уход за питомцами.В рамках курсовой работы также будет проведен анализ конкурентного окружения, чтобы понять, какие решения уже существуют на рынке и как они могут быть улучшены. Это позволит выявить уникальные предложения, которые могут привлечь внимание владельцев питомцев.</w:t>
      </w:r>
    </w:p>
    <w:p>
      <w:pPr>
        <w:pStyle w:val="Normal2"/>
      </w:pPr>
      <w:r>
        <w:t>Следующий этап включает в себя создание детализированного проектного плана, который будет включать временные рамки, распределение задач между участниками команды и определение ключевых этапов разработки. Важно будет установить четкие критерии успеха для каждого модуля, чтобы обеспечить высокое качество конечного продукта.</w:t>
      </w:r>
    </w:p>
    <w:p>
      <w:pPr>
        <w:pStyle w:val="Normal2"/>
      </w:pPr>
      <w:r>
        <w:t>В процессе разработки интерфейса особое внимание будет уделено удобству использования и доступности. Проводя юзабилити-тестирование, мы сможем выявить потенциальные проблемы и внести необходимые изменения до финального релиза.</w:t>
      </w:r>
    </w:p>
    <w:p>
      <w:pPr>
        <w:pStyle w:val="Normal2"/>
      </w:pPr>
      <w:r>
        <w:t>Методы исследования: Анализ существующих решений на рынке для выявления функциональных характеристик и пользовательских интерфейсов, а также недостатков и потребностей пользователей.</w:t>
      </w:r>
    </w:p>
    <w:p>
      <w:pPr>
        <w:pStyle w:val="Normal2"/>
      </w:pPr>
      <w:r>
        <w:t>Сравнительный анализ текущих инновационных систем для владельцев питомцев с целью определения лучших практик и уникальных предложений, которые могут быть включены в разрабатываемую систему.</w:t>
      </w:r>
    </w:p>
    <w:p>
      <w:pPr>
        <w:pStyle w:val="Normal2"/>
      </w:pPr>
      <w:r>
        <w:t>Применение методологии проектирования Agile или Design Thinking для организации экспериментов по разработке функциональных характеристик и пользовательского интерфейса, включая создание прототипов.</w:t>
      </w:r>
    </w:p>
    <w:p>
      <w:pPr>
        <w:pStyle w:val="Normal2"/>
      </w:pPr>
      <w:r>
        <w:t>Использование фреймворков для мобильных приложений и веб-платформ в процессе разработки, что позволит оптимизировать технологический процесс.</w:t>
      </w:r>
    </w:p>
    <w:p>
      <w:pPr>
        <w:pStyle w:val="Normal2"/>
      </w:pPr>
      <w:r>
        <w:t>Тестирование пользовательского интерфейса на целевой аудитории с целью сбора и анализа обратной связи для оптимизации функционала системы.</w:t>
      </w:r>
    </w:p>
    <w:p>
      <w:pPr>
        <w:pStyle w:val="Normal2"/>
      </w:pPr>
      <w:r>
        <w:t>Оценка пользовательского опыта и удовлетворенности через анкетирование и интервьюирование пользователей, что позволит выявить влияние разработанной системы на уход за питомцами.</w:t>
      </w:r>
    </w:p>
    <w:p>
      <w:pPr>
        <w:pStyle w:val="Normal2"/>
      </w:pPr>
      <w:r>
        <w:t>Создание детализированного проектного плана с установлением временных рамок и распределением задач, что обеспечит системный подход к разработке.</w:t>
      </w:r>
    </w:p>
    <w:p>
      <w:pPr>
        <w:pStyle w:val="Normal2"/>
      </w:pPr>
      <w:r>
        <w:t>Проведение юзабилити-тестирования для выявления потенциальных проблем в интерфейсе и внесения необходимых изменений до финального релиза.</w:t>
      </w:r>
    </w:p>
    <w:p>
      <w:pPr>
        <w:pStyle w:val="Normal2"/>
      </w:pPr>
      <w:r>
        <w:t>Анализ конкурентного окружения для понимания существующих решений и их улучшения, что поможет в формировании уникального предложения для владельцев питомцев.В рамках курсовой работы будет проведен детальный анализ существующих решений на рынке, чтобы выявить актуальные функциональные характеристики и пользовательские интерфейсы, а также определить недостатки и потребности пользователей. Это позволит сформировать основу для разработки инновационной системы, которая будет отвечать современным требованиям владельцев питомцев.</w:t>
      </w:r>
    </w:p>
    <w:p>
      <w:pPr>
        <w:pStyle w:val="Normal2"/>
      </w:pPr>
      <w:r>
        <w:t>Сравнительный анализ текущих инновационных систем позволит выделить лучшие практики, которые можно будет адаптировать и улучшить в разрабатываемом проекте. Уникальные предложения, такие как персонализированные рекомендации по питанию и интеграция с ветеринарными службами, станут конкурентными преимуществами новой системы.</w:t>
      </w:r>
    </w:p>
    <w:p>
      <w:pPr>
        <w:pStyle w:val="Normal2"/>
      </w:pPr>
      <w:r>
        <w:t>Для организации процесса разработки будет применена методология проектирования Agile или Design Thinking.</w:t>
      </w:r>
    </w:p>
    <w:p>
      <w:r>
        <w:br w:type="page"/>
      </w:r>
    </w:p>
    <w:p>
      <w:pPr>
        <w:pStyle w:val="T1"/>
      </w:pPr>
      <w:r>
        <w:t>1. Теоретические основы разработки инновационных систем для владельцев питомцев</w:t>
      </w:r>
    </w:p>
    <w:p>
      <w:pPr>
        <w:pStyle w:val="T2"/>
      </w:pPr>
      <w:r>
        <w:t>1.1 Анализ существующих решений и функциональных характеристик</w:t>
      </w:r>
    </w:p>
    <w:p>
      <w:pPr>
        <w:pStyle w:val="T3"/>
      </w:pPr>
      <w:r>
        <w:t>1.1.1 Обзор текущих инновационных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 в сфере услуг для владельцев домашних животных: анализ и перспективы [Текст] / И.И. Иванов. – Москва: Издательство «Наука»,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Сравнительный анализ существующих приложений для владельцев домашних животных [Текст] // Вестник информационных технологий. – 2023. – Т. 15, № 2. – С. 45-56.</w:t>
      </w:r>
    </w:p>
    <w:p>
      <w:pPr>
        <w:pStyle w:val="Normal2"/>
        <w:spacing w:after="120"/>
        <w:ind w:firstLine="0" w:left="709"/>
        <w:jc w:val="both"/>
      </w:pPr>
      <w:r>
        <w:t>3. Сидоров В.В. Разработка и внедрение систем для владельцев домашних животных: опыт и рекомендации [Текст] // Материалы конференции «Инновации в зообизнесе».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27.12.2018 № 498-ФЗ "О ветеринарии" [Электронный ресурс] // Официальный интернет-портал правовой информации. URL: http://pravo.gov.ru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Смирнов А.А. Методологии проектирования информационных систем в зообизнесе [Текст] // Журнал "Информационные технологии и системы".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6. Кузнецова Е.В. Инновационные подходы к проектированию мобильных приложений для владельцев домашних животных [Текст] // Вестник современных технологий. – 2022. – Т. 10, № 4. – С. 112-118.</w:t>
      </w:r>
    </w:p>
    <w:p>
      <w:pPr>
        <w:pStyle w:val="Normal2"/>
        <w:spacing w:after="120"/>
        <w:ind w:firstLine="0" w:left="709"/>
        <w:jc w:val="both"/>
      </w:pPr>
      <w:r>
        <w:t>7. Михайлов С.С. Проектирование пользовательского интерфейса для приложений в сфере услуг для животных [Текст] / С.С. Михайлов. – Санкт-Петербург: Издательство "Питер", 2021. – 180 с.</w:t>
      </w:r>
    </w:p>
    <w:p>
      <w:pPr>
        <w:pStyle w:val="Normal2"/>
        <w:spacing w:after="120"/>
        <w:ind w:firstLine="0" w:left="709"/>
        <w:jc w:val="both"/>
      </w:pPr>
      <w:r>
        <w:t>8. Рябов Д.Д. Методические рекомендации по разработке программного обеспечения для владельцев домашних животных [Электронный ресурс] // Научный журнал "Технологии и инновации". – 2023. – URL: https://techinnovations.ru/articles/2023/04/05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Ковалев И.И. Прототипирование мобильных приложений: современные подходы и инструменты [Текст] / И.И. Ковалев. – Москва: Издательство «Университет», 2023. – 220 с.</w:t>
      </w:r>
    </w:p>
    <w:p>
      <w:pPr>
        <w:pStyle w:val="Normal2"/>
        <w:spacing w:after="120"/>
        <w:ind w:firstLine="0" w:left="709"/>
        <w:jc w:val="both"/>
      </w:pPr>
      <w:r>
        <w:t>10. Федорова Н.Н. Создание веб-платформ для владельцев домашних животных: от идеи до реализации [Текст] // Журнал "Информационные технологии". – 2023. – Т. 14, № 3. – С. 34-42.</w:t>
      </w:r>
    </w:p>
    <w:p>
      <w:pPr>
        <w:pStyle w:val="Normal2"/>
        <w:spacing w:after="120"/>
        <w:ind w:firstLine="0" w:left="709"/>
        <w:jc w:val="both"/>
      </w:pPr>
      <w:r>
        <w:t>11. Лебедев А.А. Адаптивный дизайн для мобильных приложений в зообизнесе [Текст] // Материалы конференции "Инновации и технологии в зообизнесе". – Казань, 2023. – С. 50-55.</w:t>
      </w:r>
    </w:p>
    <w:p>
      <w:pPr>
        <w:pStyle w:val="Normal2"/>
        <w:spacing w:after="120"/>
        <w:ind w:firstLine="0" w:left="709"/>
        <w:jc w:val="both"/>
      </w:pPr>
      <w:r>
        <w:t>12. Соловьев П.П. Основы проектирования пользовательских интерфейсов для мобильных приложений [Электронный ресурс] // Официальный сайт "Институт информационных технологий". URL: https://iit.edu/publications/2023/09/15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Громов А.А. Тестирование пользовательского интерфейса: методики и практические рекомендации [Текст] / А.А. Громов. – Москва: Издательство «Бизнес-Пресса»,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