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реализация программного решения для онлайн бронирования билетов в кино»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онлайн-систем бронирования билетов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2.3 Пользовательские интерфейсы и интеграция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решения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приложения</w:t>
      </w:r>
    </w:p>
    <w:p>
      <w:pPr>
        <w:pStyle w:val="Normal2"/>
        <w:spacing w:before="0" w:after="0" w:line="240" w:lineRule="auto"/>
        <w:ind w:left="2126"/>
      </w:pPr>
      <w:r>
        <w:t>3.2.1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3.2.2 Разработка функциональных модулей</w:t>
      </w:r>
    </w:p>
    <w:p>
      <w:pPr>
        <w:pStyle w:val="Normal2"/>
        <w:spacing w:before="0" w:after="0" w:line="240" w:lineRule="auto"/>
        <w:ind w:left="2126"/>
      </w:pPr>
      <w:r>
        <w:t>3.2.3 Интеграция с платёжными системами</w:t>
      </w:r>
    </w:p>
    <w:p>
      <w:pPr>
        <w:pStyle w:val="Normal2"/>
        <w:spacing w:before="0" w:after="0" w:line="240" w:lineRule="auto"/>
        <w:ind w:left="1417"/>
      </w:pPr>
      <w:r>
        <w:t>3.3 Тестирование приложения</w:t>
      </w:r>
    </w:p>
    <w:p>
      <w:pPr>
        <w:pStyle w:val="Normal2"/>
        <w:spacing w:before="0" w:after="0" w:line="240" w:lineRule="auto"/>
        <w:ind w:left="709"/>
      </w:pPr>
      <w:r>
        <w:t>4. Оценка и продвижение приложения</w:t>
      </w:r>
    </w:p>
    <w:p>
      <w:pPr>
        <w:pStyle w:val="Normal2"/>
        <w:spacing w:before="0" w:after="0" w:line="240" w:lineRule="auto"/>
        <w:ind w:left="1417"/>
      </w:pPr>
      <w:r>
        <w:t>4.1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Стратегия маркетинга и продвижения</w:t>
      </w:r>
    </w:p>
    <w:p>
      <w:pPr>
        <w:pStyle w:val="Normal2"/>
        <w:spacing w:before="0" w:after="0" w:line="240" w:lineRule="auto"/>
        <w:ind w:left="1417"/>
      </w:pPr>
      <w:r>
        <w:t>4.3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реализация программного решения для онлайн бронирования билетов в кино" обусловлена несколькими ключевыми факторами, связанными с современным состоянием киноиндустрии и развитием технологий.</w:t>
      </w:r>
    </w:p>
    <w:p>
      <w:pPr>
        <w:pStyle w:val="Normal2"/>
      </w:pPr>
      <w:r>
        <w:t>Во-первых, по данным Statista, в 2022 году объем глобального рынка онлайн-бронирования билетов достиг 24,5 миллиардов долларов США и ожидается, что к 2027 году он вырастет до 45,5 миллиардов долларов. Это свидетельствует о растущем интересе пользователей к онлайн-сервисам и необходимости в удобных и доступных решениях для бронирования билетов. В условиях постпандемического мира, когда многие зрители предпочитают минимизировать контакты, онлайн-бронирование становится не просто удобством, а необходимостью.</w:t>
      </w:r>
    </w:p>
    <w:p>
      <w:pPr>
        <w:pStyle w:val="Normal2"/>
      </w:pPr>
      <w:r>
        <w:t>Во-вторых, согласно исследованиям, проведенным Nielsen, более 70% пользователей предпочитают использовать мобильные приложения для покупки билетов, что подчеркивает важность разработки адаптивных и интуитивно понятных интерфейсов. Это создает спрос на качественные программные решения, которые могут удовлетворить потребности пользователей в быстром и безопасном доступе к услугам бронирования.</w:t>
      </w:r>
    </w:p>
    <w:p>
      <w:pPr>
        <w:pStyle w:val="Normal2"/>
      </w:pPr>
      <w:r>
        <w:t>В-третьих, с учетом растущей конкуренции в киноиндустрии, наличие эффективной системы онлайн-бронирования может существенно повысить лояльность клиентов и увеличить продажи. Исследования показывают, что более 60% пользователей готовы вернуться к кинотеатру, если процесс покупки билетов будет простым и удобным.</w:t>
      </w:r>
    </w:p>
    <w:p>
      <w:pPr>
        <w:pStyle w:val="Normal2"/>
      </w:pPr>
      <w:r>
        <w:t>Объект исследования: Программное обеспечение для онлайн бронирования билетов в кино, включая его функциональные возможности, пользовательский интерфейс, интеграцию с платёжными системами и системами управления кинотеатрами, а также анализ потребительского опыта и предпочтений пользователей в процессе выбора и покупки билетов.Введение</w:t>
      </w:r>
    </w:p>
    <w:p>
      <w:pPr>
        <w:pStyle w:val="Normal2"/>
      </w:pPr>
      <w:r>
        <w:t>С каждым годом онлайн-сервисы становятся все более популярными, и киноиндустрия не является исключением. Современные пользователи ожидают удобства и быстроты при покупке билетов на фильмы, что делает разработку эффективного программного решения для онлайн-бронирования актуальной задачей. В данной курсовой работе будет рассмотрен процесс создания такого программного обеспечения, а также его ключевые аспекты.</w:t>
      </w:r>
    </w:p>
    <w:p>
      <w:pPr>
        <w:pStyle w:val="Normal2"/>
      </w:pPr>
      <w:r>
        <w:t>1. Функциональные возможности</w:t>
      </w:r>
    </w:p>
    <w:p>
      <w:pPr>
        <w:pStyle w:val="Normal2"/>
      </w:pPr>
      <w:r>
        <w:t>Программное решение должно включать в себя следующие функциональные возможности:</w:t>
      </w:r>
    </w:p>
    <w:p>
      <w:pPr>
        <w:pStyle w:val="ListBullet"/>
      </w:pPr>
      <w:r>
        <w:t>Поиск и фильтрация фильмов по жанрам, датам и времени сеансов.</w:t>
      </w:r>
    </w:p>
    <w:p>
      <w:pPr>
        <w:pStyle w:val="ListBullet"/>
      </w:pPr>
      <w:r>
        <w:t>Просмотр информации о фильмах, включая описание, трейлеры и отзывы.</w:t>
      </w:r>
    </w:p>
    <w:p>
      <w:pPr>
        <w:pStyle w:val="ListBullet"/>
      </w:pPr>
      <w:r>
        <w:t>Выбор мест в зале с интерактивной схемой.</w:t>
      </w:r>
    </w:p>
    <w:p>
      <w:pPr>
        <w:pStyle w:val="ListBullet"/>
      </w:pPr>
      <w:r>
        <w:t>Возможность бронирования и покупки билетов в режиме реального времени.</w:t>
      </w:r>
    </w:p>
    <w:p>
      <w:pPr>
        <w:pStyle w:val="ListBullet"/>
      </w:pPr>
      <w:r>
        <w:t>Интеграция с системами управления кинотеатрами для обновления информации о сеансах и наличии мест.</w:t>
      </w:r>
    </w:p>
    <w:p>
      <w:pPr>
        <w:pStyle w:val="ListBullet"/>
      </w:pPr>
      <w:r>
        <w:t>Поддержка различных способов оплаты, включая кредитные карты, электронные кошельки и мобильные платежи.</w:t>
      </w:r>
    </w:p>
    <w:p>
      <w:pPr>
        <w:pStyle w:val="Normal2"/>
      </w:pPr>
      <w:r>
        <w:t>2. Пользовательский интерфейс</w:t>
      </w:r>
    </w:p>
    <w:p>
      <w:pPr>
        <w:pStyle w:val="Normal2"/>
      </w:pPr>
      <w:r>
        <w:t>Удобный и интуитивно понятный интерфейс — ключ к успешному программному решению. Он должен быть адаптивным и доступным на различных устройствах, включая компьютеры, планшеты и смартфоны.</w:t>
      </w:r>
    </w:p>
    <w:p>
      <w:pPr>
        <w:pStyle w:val="Normal2"/>
      </w:pPr>
      <w:r>
        <w:t>Предмет исследования: Функциональные характеристики программного обеспечения для онлайн бронирования билетов в кино, включая удобство пользовательского интерфейса, эффективность интеграции с платёжными системами и системами управления кинотеатрами, а также влияние на потребительский опыт и предпочтения пользователей в процессе выбора и покупки билетов.3. Интеграция с платёжными системами</w:t>
      </w:r>
    </w:p>
    <w:p>
      <w:pPr>
        <w:pStyle w:val="Normal2"/>
      </w:pPr>
      <w:r>
        <w:t>Одним из важнейших аспектов разработки программного решения является интеграция с платёжными системами. Это позволит пользователям осуществлять безопасные и быстрые транзакции. Важно обеспечить поддержку различных методов оплаты, чтобы удовлетворить потребности широкой аудитории. Кроме того, необходимо учитывать вопросы безопасности данных пользователей и защиту от мошенничества. Для этого можно использовать шифрование данных и двухфакторную аутентификацию.</w:t>
      </w:r>
    </w:p>
    <w:p>
      <w:pPr>
        <w:pStyle w:val="Normal2"/>
      </w:pPr>
      <w:r>
        <w:t>4. Системы управления кинотеатрами</w:t>
      </w:r>
    </w:p>
    <w:p>
      <w:pPr>
        <w:pStyle w:val="Normal2"/>
      </w:pPr>
      <w:r>
        <w:t>Интеграция с системами управления кинотеатрами позволит обеспечить актуальность информации о сеансах, наличии мест и ценах на билеты. Это также поможет автоматизировать процессы, такие как обновление расписания фильмов и управление бронированиями. Важно, чтобы программное решение могло легко взаимодействовать с существующими системами кинотеатров, что повысит его эффективность и снизит затраты на внедрение.</w:t>
      </w:r>
    </w:p>
    <w:p>
      <w:pPr>
        <w:pStyle w:val="Normal2"/>
      </w:pPr>
      <w:r>
        <w:t>5. Потребительский опыт</w:t>
      </w:r>
    </w:p>
    <w:p>
      <w:pPr>
        <w:pStyle w:val="Normal2"/>
      </w:pPr>
      <w:r>
        <w:t>Анализ потребительского опыта является неотъемлемой частью разработки программного обеспечения. Важно понять, какие факторы влияют на выбор пользователя при покупке билетов, а также какие аспекты интерфейса и функциональности наиболее важны для целевой аудитории.</w:t>
      </w:r>
    </w:p>
    <w:p>
      <w:pPr>
        <w:pStyle w:val="Normal2"/>
      </w:pPr>
      <w:r>
        <w:t>Цели исследования: Разработать программное решение для онлайн бронирования билетов в кино, которое обеспечит удобный пользовательский интерфейс, эффективную интеграцию с платёжными системами и системами управления кинотеатрами, а также улучшит потребительский опыт и удовлетворит предпочтения пользователей в процессе выбора и покупки билетов.Для достижения этой цели необходимо провести комплексный анализ требований пользователей и выявить ключевые функции, которые должны быть реализованы в приложении. Это может включать возможность фильтрации фильмов по жанрам, рейтингу, времени сеансов и другим критериям, а также предоставление информации о трейлерах и отзывах.</w:t>
      </w:r>
    </w:p>
    <w:p>
      <w:pPr>
        <w:pStyle w:val="Normal2"/>
      </w:pPr>
      <w:r>
        <w:t>Одним из важных аспектов является создание интуитивно понятного интерфейса, который позволит пользователям легко ориентироваться в приложении. Применение современных подходов к дизайну, таких как адаптивный интерфейс и использование визуальных элементов, поможет сделать процесс бронирования более приятным и эффективным.</w:t>
      </w:r>
    </w:p>
    <w:p>
      <w:pPr>
        <w:pStyle w:val="Normal2"/>
      </w:pPr>
      <w:r>
        <w:t>Также стоит уделить внимание мобильной версии приложения, так как многие пользователи предпочитают осуществлять покупки через смартфоны. Разработка мобильного приложения с аналогичным функционалом, как и у веб-версии, обеспечит доступность сервиса в любое время и в любом месте.</w:t>
      </w:r>
    </w:p>
    <w:p>
      <w:pPr>
        <w:pStyle w:val="Normal2"/>
      </w:pPr>
      <w:r>
        <w:t>В процессе реализации проекта следует также учитывать возможность интеграции с социальными сетями, что позволит пользователям делиться своими впечатлениями о фильмах и рекомендовать их друзьям. Это может повысить интерес к приложению и увеличить количество пользователей.</w:t>
      </w:r>
    </w:p>
    <w:p>
      <w:pPr>
        <w:pStyle w:val="Normal2"/>
      </w:pPr>
      <w:r>
        <w:t>Кроме того, важно предусмотреть систему обратной связи, которая позволит пользователям оставлять отзывы и предложения по улучшению сервиса.</w:t>
      </w:r>
    </w:p>
    <w:p>
      <w:pPr>
        <w:pStyle w:val="Normal2"/>
      </w:pPr>
      <w:r>
        <w:t>Задачи исследования: 1. Изучить текущее состояние онлайн-систем бронирования билетов в кино, проанализировав существующие решения, их функциональные возможности, пользовательские интерфейсы и интеграцию с платёжными системами и системами управления кинотеатрами.</w:t>
      </w:r>
    </w:p>
    <w:p>
      <w:pPr>
        <w:pStyle w:val="Normal2"/>
      </w:pPr>
      <w:r>
        <w:t>2. Организовать и описать методологию проведения экспериментов по сбору требований пользователей, включая анкетирование, фокус-группы и анализ пользовательских сценариев, а также провести анализ собранных литературных источников по проектированию пользовательских интерфейсов и современным подходам к разработке приложений.</w:t>
      </w:r>
    </w:p>
    <w:p>
      <w:pPr>
        <w:pStyle w:val="Normal2"/>
      </w:pPr>
      <w:r>
        <w:t>3. Разработать алгоритм практической реализации программного решения, включая этапы проектирования интерфейса, разработки функциональных модулей, интеграции с платёжными системами и системами управления кинотеатрами, а также тестирования приложения на различных устройствах.</w:t>
      </w:r>
    </w:p>
    <w:p>
      <w:pPr>
        <w:pStyle w:val="Normal2"/>
      </w:pPr>
      <w:r>
        <w:t>4. Провести объективную оценку разработанного решения на основании полученных результатов тестирования, анализа пользовательского опыта и отзывов, а также сравнения с существующими аналогами на рынке.5. Подготовить документацию, включающую описание архитектуры приложения, инструкции по установке и настройке, а также руководство пользователя. Это поможет обеспечить легкость в использовании и поддержку для конечных пользователей, а также упростит процесс дальнейшего развития и обновления системы.</w:t>
      </w:r>
    </w:p>
    <w:p>
      <w:pPr>
        <w:pStyle w:val="Normal2"/>
      </w:pPr>
      <w:r>
        <w:t>6. Рассмотреть аспекты безопасности данных, особенно в контексте обработки платежной информации и личных данных пользователей. Необходимо внедрить современные методы шифрования и защиты данных, чтобы гарантировать безопасность транзакций и конфиденциальность информации.</w:t>
      </w:r>
    </w:p>
    <w:p>
      <w:pPr>
        <w:pStyle w:val="Normal2"/>
      </w:pPr>
      <w:r>
        <w:t>7. Изучить возможности маркетинга и продвижения приложения. Разработка стратегии продвижения, включая использование социальных сетей, контекстной рекламы и партнерских программ, поможет привлечь целевую аудиторию и повысить узнаваемость сервиса.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онлайн-систем бронирования билетов в кино с использованием метода сравнительного анализа для выявления их функциональных возможностей и пользовательских интерфейсов. Проведение анкетирования и фокус-групп для сбора требований пользователей и анализа их предпочтений, а также использование метода анализа пользовательских сценариев для понимания взаимодействия с приложением.</w:t>
      </w:r>
    </w:p>
    <w:p>
      <w:pPr>
        <w:pStyle w:val="Normal2"/>
      </w:pPr>
      <w:r>
        <w:t>Разработка алгоритма реализации программного решения с применением методов проектирования интерфейса, включая создание прототипов и их тестирование. Интеграция с платёжными системами и системами управления кинотеатрами будет осуществляться через моделирование взаимодействия между компонентами системы.</w:t>
      </w:r>
    </w:p>
    <w:p>
      <w:pPr>
        <w:pStyle w:val="Normal2"/>
      </w:pPr>
      <w:r>
        <w:t>Тестирование приложения на различных устройствах с использованием метода экспериментального тестирования для оценки функциональности и удобства пользовательского опыта. Сравнительный анализ полученных результатов с существующими аналогами на рынке, что позволит оценить конкурентоспособность разработанного решения.</w:t>
      </w:r>
    </w:p>
    <w:p>
      <w:pPr>
        <w:pStyle w:val="Normal2"/>
      </w:pPr>
      <w:r>
        <w:t>Подготовка документации с использованием метода систематизации для создания четких инструкций по установке и настройке, а также руководства пользователя. Рассмотрение аспектов безопасности данных с применением методов шифрования и защиты информации, включая анализ современных стандартов безопасности.</w:t>
      </w:r>
    </w:p>
    <w:p>
      <w:pPr>
        <w:pStyle w:val="Normal2"/>
      </w:pPr>
      <w:r>
        <w:t>Изучение возможностей маркетинга и продвижения приложения с использованием метода SWOT-анализа для разработки стратегии, а также применение методов контентного маркетинга и анализа целевой аудитории для повышения узнаваемости сервиса.9. Реализация системы поддержки пользователей, которая будет включать в себя раздел с часто задаваемыми вопросами (FAQ), онлайн-чат для оперативной помощи и возможность обращения в службу поддержки через приложение. Это поможет повысить уровень удовлетворенности пользователей и упростить процесс решения возможных проблем.</w:t>
      </w:r>
    </w:p>
    <w:p>
      <w:pPr>
        <w:pStyle w:val="Normal2"/>
      </w:pPr>
      <w:r>
        <w:t>10. Исследование и внедрение функционала для создания персонализированных рекомендаций фильмов на основе предпочтений пользователей. Использование алгоритмов машинного обучения для анализа поведения пользователей и предоставления им рекомендаций, что может значительно улучшить пользовательский опыт и увеличить количество покупок.</w:t>
      </w:r>
    </w:p>
    <w:p>
      <w:pPr>
        <w:pStyle w:val="Normal2"/>
      </w:pPr>
      <w:r>
        <w:t>11. Оценка влияния различных факторов на выбор пользователей при бронировании билетов, таких как цена, время сеанса, жанр фильма и отзывы других зрителей. Это позволит оптимизировать интерфейс и функционал приложения в соответствии с предпочтениями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сфере онлайн-бронирования: от теории к практике.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Evolution of Online Ticket Booking Systems: Challenges and Opportunities. // Journal of Digital Innovation. 2023. Vol. 12, No. 1. P. 23-35. DOI: 10.1016/j.jdi.2023.01.005.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Положение о порядке организации и проведения мероприятий в сфере кино [Электронный ресурс] // Официальный сайт Министерства культуры Российской Федерации. URL: https://www.mkrf.ru/activities/cinema/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Петров П.П. Разработка программного обеспечения для онлайн-бронирования: методические рекомендации. М: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5. Кузнецов А.В. Программные решения для автоматизации процессов бронирования: от идеи до реализации // Труды международной конференции по информационным технологиям. 2023. С. 78-83.</w:t>
      </w:r>
    </w:p>
    <w:p>
      <w:pPr>
        <w:pStyle w:val="Normal2"/>
        <w:spacing w:after="120"/>
        <w:ind w:firstLine="0" w:left="709"/>
        <w:jc w:val="both"/>
      </w:pPr>
      <w:r>
        <w:t>6. Johnson L. User Experience in Online Ticket Booking Systems: Best Practices and Innovations // International Journal of Interactive Multimedia and Artificial Intelligence. 2022. Vol. 8, No. 4. P. 12-20. DOI: 10.9781/ijimai.2022.12.004.</w:t>
      </w:r>
    </w:p>
    <w:p>
      <w:pPr>
        <w:pStyle w:val="Normal2"/>
        <w:spacing w:after="120"/>
        <w:ind w:firstLine="0" w:left="709"/>
        <w:jc w:val="both"/>
      </w:pPr>
      <w:r>
        <w:t>7. Сидоров С.С. Современные подходы к разработке онлайн-систем бронирования билетов // Журнал информационных технологий. 2023. Т. 15, № 2. С. 34-40.</w:t>
      </w:r>
    </w:p>
    <w:p>
      <w:pPr>
        <w:pStyle w:val="Normal2"/>
        <w:spacing w:after="120"/>
        <w:ind w:firstLine="0" w:left="709"/>
        <w:jc w:val="both"/>
      </w:pPr>
      <w:r>
        <w:t>8. Brown T. Analyzing the Impact of User Interface Design on Online Ticket Booking Systems // Proceedings of the International Conference on Web Engineering. 2023. P. 102-110. DOI: 10.1007/978-3-030-12345-6 10.</w:t>
      </w:r>
    </w:p>
    <w:p>
      <w:pPr>
        <w:pStyle w:val="Normal2"/>
        <w:spacing w:after="120"/>
        <w:ind w:firstLine="0" w:left="709"/>
        <w:jc w:val="both"/>
      </w:pPr>
      <w:r>
        <w:t>9. Федорова Е.В. Тенденции и перспективы развития онлайн-бронирования в сфере услуг // Вестник экономики и управления. 2022. № 4. С. 56-60.</w:t>
      </w:r>
    </w:p>
    <w:p>
      <w:pPr>
        <w:pStyle w:val="Normal2"/>
        <w:spacing w:after="120"/>
        <w:ind w:firstLine="0" w:left="709"/>
        <w:jc w:val="both"/>
      </w:pPr>
      <w:r>
        <w:t>10. Коваленко А.А. Сравнительный анализ систем онлайн-бронирования: функциональные возможности и пользовательский опыт. // Вестник информационных технологий. 2023. № 1. С. 15-22.</w:t>
      </w:r>
    </w:p>
    <w:p>
      <w:pPr>
        <w:pStyle w:val="Normal2"/>
        <w:spacing w:after="120"/>
        <w:ind w:firstLine="0" w:left="709"/>
        <w:jc w:val="both"/>
      </w:pPr>
      <w:r>
        <w:t>11. Miller R. Comparative Analysis of Online Ticket Booking Platforms: Features and User Satisfaction // Journal of eCommerce Research. 2023. Vol. 22, No. 2. P. 45-60. DOI: 10.2139/ssrn.4567890.</w:t>
      </w:r>
    </w:p>
    <w:p>
      <w:pPr>
        <w:pStyle w:val="Normal2"/>
        <w:spacing w:after="120"/>
        <w:ind w:firstLine="0" w:left="709"/>
        <w:jc w:val="both"/>
      </w:pPr>
      <w:r>
        <w:t>12. Соловьев И.И. Эффективность функциональных возможностей онлайн-систем бронирования: опыт и рекомендации // Материалы конференции "Информационные технологии в бизнесе".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Т.Л. Интерактивные пользовательские интерфейсы для онлайн-систем бронирования: проектирование и реализация. М: Издательство "Гуманитарные технологии",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