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реализация системы онлайн бронирования для кино»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онлайн бронирования для кино</w:t>
      </w:r>
    </w:p>
    <w:p>
      <w:pPr>
        <w:pStyle w:val="Normal2"/>
        <w:spacing w:before="0" w:after="0" w:line="240" w:lineRule="auto"/>
        <w:ind w:left="1417"/>
      </w:pPr>
      <w:r>
        <w:t>2.1 Обзор текущих решений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Эксперименты по тестированию интерфейса</w:t>
      </w:r>
    </w:p>
    <w:p>
      <w:pPr>
        <w:pStyle w:val="Normal2"/>
        <w:spacing w:before="0" w:after="0" w:line="240" w:lineRule="auto"/>
        <w:ind w:left="1417"/>
      </w:pPr>
      <w:r>
        <w:t>3.2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Интеграция с платежными системами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прототипа системы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удобства использования и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реализация системы онлайн бронирования для кино" обусловлена несколькими ключевыми факторами, отражающими современные тенденции и потребности в области цифровых технологий и индустрии развлечений.</w:t>
      </w:r>
    </w:p>
    <w:p>
      <w:pPr>
        <w:pStyle w:val="Normal2"/>
      </w:pPr>
      <w:r>
        <w:t>Во-первых, согласно данным Statista, в 2022 году объем рынка онлайн-бронирования билетов на мероприятия, включая кино, составил более 20 миллиардов долларов США, и ожидается, что к 2025 году он вырастет до 30 миллиардов долларов. Это свидетельствует о растущем интересе пользователей к онлайн-сервисам, которые упрощают процесс покупки билетов и делают его более удобным. В условиях постпандемического мира, когда многие люди стремятся минимизировать физические контакты, онлайн-бронирование становится не просто удобством, а необходимостью.</w:t>
      </w:r>
    </w:p>
    <w:p>
      <w:pPr>
        <w:pStyle w:val="Normal2"/>
      </w:pPr>
      <w:r>
        <w:t>Во-вторых, исследования показывают, что около 70% зрителей предпочитают заказывать билеты через интернет, что подтверждает необходимость создания удобных и функциональных платформ для бронирования. Системы онлайн-бронирования позволяют сократить время ожидания, снизить очереди в кассах и повысить общую удовлетворенность клиентов.</w:t>
      </w:r>
    </w:p>
    <w:p>
      <w:pPr>
        <w:pStyle w:val="Normal2"/>
      </w:pPr>
      <w:r>
        <w:t>Кроме того, внедрение современных технологий, таких как мобильные приложения и системы лояльности, становится важным конкурентным преимуществом для кинотеатров. По данным Nielsen, 85% пользователей мобильных устройств предпочитают использовать приложения для покупки билетов, что подчеркивает актуальность разработки мобильных решений в данной области.</w:t>
      </w:r>
    </w:p>
    <w:p>
      <w:pPr>
        <w:pStyle w:val="Normal2"/>
      </w:pPr>
      <w:r>
        <w:t>Объект исследования: Система онлайн бронирования для кино является объектом исследования, охватывающая процессы автоматизации продаж билетов, управления расписанием сеансов, а также взаимодействия с пользователями через веб-интерфейсы и мобильные приложения. Включает в себя анализ пользовательского опыта, разработку алгоритмов обработки запросов, интеграцию с платежными системами и базами данных, а также исследование аспектов безопасности и защиты персональных данных.Введение в курсовую работу подчеркивает актуальность темы, так как с развитием технологий и увеличением популярности онлайн-сервисов, потребность в удобных и эффективных системах бронирования становится все более важной. Система онлайн бронирования для кино позволяет пользователям легко находить информацию о сеансах, выбирать места и оплачивать билеты, не выходя из дома.</w:t>
      </w:r>
    </w:p>
    <w:p>
      <w:pPr>
        <w:pStyle w:val="Normal2"/>
      </w:pPr>
      <w:r>
        <w:t>В первой главе работы будет рассмотрен теоретический аспект системы онлайн бронирования. Здесь будет проведен анализ существующих решений на рынке, выявлены их преимущества и недостатки. Также будет описан процесс проектирования системы, включая выбор архитектуры и технологий, которые будут использованы в разработке.</w:t>
      </w:r>
    </w:p>
    <w:p>
      <w:pPr>
        <w:pStyle w:val="Normal2"/>
      </w:pPr>
      <w:r>
        <w:t>Вторая глава будет посвящена практической реализации системы. В ней будут описаны этапы разработки, начиная от создания пользовательского интерфейса и заканчивая настройкой серверной части. Особое внимание будет уделено интеграции с внешними сервисами, такими как платежные системы и системы управления базами данных.</w:t>
      </w:r>
    </w:p>
    <w:p>
      <w:pPr>
        <w:pStyle w:val="Normal2"/>
      </w:pPr>
      <w:r>
        <w:t>Третья глава будет сосредоточена на тестировании системы и оценке ее производительности. Будут рассмотрены методы тестирования, которые помогут выявить возможные ошибки и улучшить пользовательский опыт.</w:t>
      </w:r>
    </w:p>
    <w:p>
      <w:pPr>
        <w:pStyle w:val="Normal2"/>
      </w:pPr>
      <w:r>
        <w:t>Предмет исследования: Анализ пользовательского опыта взаимодействия с системой онлайн бронирования, включая характеристики интерфейса, эффективность обработки запросов, интеграцию с платежными системами и аспекты безопасности данных.В четвертой главе будет проведен анализ пользовательского опыта взаимодействия с системой онлайн бронирования. Важным аспектом станет исследование интерфейса, который должен быть интуитивно понятным и удобным для пользователей. Будет рассмотрено, как различные элементы дизайна, такие как кнопки, меню и формы, влияют на восприятие и удобство использования системы.</w:t>
      </w:r>
    </w:p>
    <w:p>
      <w:pPr>
        <w:pStyle w:val="Normal2"/>
      </w:pPr>
      <w:r>
        <w:t>Также в этой главе будет уделено внимание эффективности обработки запросов. Это включает в себя скорость загрузки страниц, время отклика системы на действия пользователя и общую производительность приложения. Будут предложены рекомендации по оптимизации этих процессов для улучшения пользовательского опыта.</w:t>
      </w:r>
    </w:p>
    <w:p>
      <w:pPr>
        <w:pStyle w:val="Normal2"/>
      </w:pPr>
      <w:r>
        <w:t>Интеграция с платежными системами — еще один ключевой момент, который будет рассмотрен. Важно обеспечить безопасность транзакций и защиту персональных данных пользователей. В этой части работы будут проанализированы существующие методы шифрования и защиты информации, а также предложены лучшие практики для минимизации рисков.</w:t>
      </w:r>
    </w:p>
    <w:p>
      <w:pPr>
        <w:pStyle w:val="Normal2"/>
      </w:pPr>
      <w:r>
        <w:t>В заключительной части работы будет подведен итог проведенного исследования, обобщены основные выводы и рекомендации по дальнейшему развитию системы. Будет обсужден потенциал внедрения новых технологий, таких как искусственный интеллект и машинное обучение, для улучшения функциональности системы и повышения ее конкурентоспособности на рынке онлайн-бронирования.В заключении курсовой работы будет акцентировано внимание на значимости внедрения системы онлайн бронирования для кино в современном обществе. С учетом стремительного роста числа пользователей интернета и изменения потребительских привычек, создание удобного и безопасного сервиса становится неотъемлемой частью успешного бизнеса в сфере развлечений.</w:t>
      </w:r>
    </w:p>
    <w:p>
      <w:pPr>
        <w:pStyle w:val="Normal2"/>
      </w:pPr>
      <w:r>
        <w:t>Кроме того, будет рассмотрен вопрос о перспективах развития системы. В частности, внедрение технологий искусственного интеллекта может значительно улучшить персонализацию сервиса, предлагая пользователям рекомендации на основе их предпочтений и истории покупок. Это не только повысит удовлетворенность клиентов, но и увеличит вероятность повторных покупок.</w:t>
      </w:r>
    </w:p>
    <w:p>
      <w:pPr>
        <w:pStyle w:val="Normal2"/>
      </w:pPr>
      <w:r>
        <w:t>Также стоит отметить важность постоянного мониторинга и обновления системы, чтобы оставаться конкурентоспособными.</w:t>
      </w:r>
    </w:p>
    <w:p>
      <w:pPr>
        <w:pStyle w:val="Normal2"/>
      </w:pPr>
      <w:r>
        <w:t>Цели исследования: Исследовать пользовательский опыт взаимодействия с системой онлайн бронирования для кино, включая анализ интерфейса, эффективность обработки запросов, интеграцию с платежными системами и аспекты безопасности данных. Выявить ключевые факторы, влияющие на удобство использования и безопасность системы, а также разработать рекомендации по оптимизации процессов и внедрению новых технологий для повышения функциональности и конкурентоспособности сервиса.В рамках данной курсовой работы будет проведено комплексное исследование, направленное на выявление и анализ ключевых факторов, влияющих на пользовательский опыт системы онлайн бронирования для кино. Основное внимание будет уделено нескольким критически важным аспектам, которые формируют общее восприятие сервиса пользователями.</w:t>
      </w:r>
    </w:p>
    <w:p>
      <w:pPr>
        <w:pStyle w:val="Normal2"/>
      </w:pPr>
      <w:r>
        <w:t>Первым шагом станет оценка интерфейса системы. Будут проведены опросы и интервью с пользователями, чтобы понять, какие элементы дизайна вызывают наибольшее удовлетворение, а какие, наоборот, создают трудности при использовании. Также будет осуществлен анализ конкурирующих платформ, чтобы выявить лучшие практики и возможные недостатки в существующих решениях.</w:t>
      </w:r>
    </w:p>
    <w:p>
      <w:pPr>
        <w:pStyle w:val="Normal2"/>
      </w:pPr>
      <w:r>
        <w:t>Следующий этап исследования сосредоточится на эффективности обработки запросов. Здесь будут использованы методы тестирования производительности, чтобы измерить скорость загрузки страниц и время отклика системы. Эти данные помогут определить узкие места и предложить конкретные меры по оптимизации, такие как использование кэширования, улучшение серверной инфраструктуры или оптимизация кода.</w:t>
      </w:r>
    </w:p>
    <w:p>
      <w:pPr>
        <w:pStyle w:val="Normal2"/>
      </w:pPr>
      <w:r>
        <w:t>Интеграция с платежными системами также будет важной частью анализа. Будет изучен процесс оформления заказа и оплаты, чтобы выявить возможные проблемы, с которыми сталкиваются пользователи.</w:t>
      </w:r>
    </w:p>
    <w:p>
      <w:pPr>
        <w:pStyle w:val="Normal2"/>
      </w:pPr>
      <w:r>
        <w:t>Задачи исследования: 1. Изучить текущее состояние систем онлайн бронирования для кино, проанализировав существующие решения, их интерфейсы, функциональность и пользовательские отзывы, а также выявить основные проблемы и недостатки, влияющие на пользовательский опыт.</w:t>
      </w:r>
    </w:p>
    <w:p>
      <w:pPr>
        <w:pStyle w:val="Normal2"/>
      </w:pPr>
      <w:r>
        <w:t>2. Организовать эксперименты по тестированию интерфейса и производительности системы, используя методы опросов, интервью и тестирования нагрузки, с целью сбора данных о пользовательских предпочтениях и выявления узких мест в обработке запросов и интеграции с платежными системами.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интерфейса, проведения тестов на производительность, а также интеграции с платежными системами, с последующим анализом полученных результатов и внесением корректировок.</w:t>
      </w:r>
    </w:p>
    <w:p>
      <w:pPr>
        <w:pStyle w:val="Normal2"/>
      </w:pPr>
      <w:r>
        <w:t>4. Провести объективную оценку решений на основе собранных данных, сравнив результаты тестирования с установленными критериями удобства использования и безопасности, а также предложить рекомендации по оптимизации процессов и внедрению новых технологий для повышения конкурентоспособности сервиса.5. В рамках работы также будет проведен анализ аспектов безопасности данных, связанных с системой онлайн бронирования. Это включает в себя изучение методов шифрования, защиты личной информации пользователей и предотвращения мошенничества. Будут рассмотрены существующие стандарты безопасности и лучшие практики, которые могут быть применены для повышения доверия пользователей к системе.</w:t>
      </w:r>
    </w:p>
    <w:p>
      <w:pPr>
        <w:pStyle w:val="Normal2"/>
      </w:pPr>
      <w:r>
        <w:t>6. Важным элементом исследования станет изучение пользовательских предпочтений и ожиданий. Для этого будет организован фокус-группы, где участники смогут поделиться своими мнениями о текущих системах бронирования и высказать пожелания по улучшению функциональности. Это поможет не только выявить недостатки, но и понять, какие новые функции могут быть востребованы.</w:t>
      </w:r>
    </w:p>
    <w:p>
      <w:pPr>
        <w:pStyle w:val="Normal2"/>
      </w:pPr>
      <w:r>
        <w:t>7. На основе собранных данных будет разработан прототип улучшенной системы онлайн бронирования.</w:t>
      </w:r>
    </w:p>
    <w:p>
      <w:pPr>
        <w:pStyle w:val="Normal2"/>
      </w:pPr>
      <w:r>
        <w:t>Методы исследования: Анализ существующих систем онлайн бронирования для кино с использованием методов сравнительного анализа и классификации для выявления ключевых факторов, влияющих на пользовательский опыт. Проведение опросов и интервью с пользователями для сбора качественных данных о их предпочтениях и проблемах при использовании текущих решений.</w:t>
      </w:r>
    </w:p>
    <w:p>
      <w:pPr>
        <w:pStyle w:val="Normal2"/>
      </w:pPr>
      <w:r>
        <w:t>Организация экспериментов по тестированию интерфейса и производительности системы, включая тестирование нагрузки для измерения времени отклика и скорости загрузки страниц, а также использование методов наблюдения для выявления узких мест в обработке запросов и интеграции с платежными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интерфейса, проведения тестов на производительность и интеграции с платежными системами, с последующим анализом полученных результатов с использованием методов синтеза и дедукции для внесения корректировок.</w:t>
      </w:r>
    </w:p>
    <w:p>
      <w:pPr>
        <w:pStyle w:val="Normal2"/>
      </w:pPr>
      <w:r>
        <w:t>Оценка решений на основе собранных данных с применением методов количественного анализа для сравнения результатов тестирования с установленными критериями удобства использования и безопасности.</w:t>
      </w:r>
    </w:p>
    <w:p>
      <w:pPr>
        <w:pStyle w:val="Normal2"/>
      </w:pPr>
      <w:r>
        <w:t>Изучение аспектов безопасности данных, включая анализ методов шифрования и защиты личной информации пользователей, с использованием методов анализа и прогнозирования для определения возможных угроз и разработки рекомендаций по повышению доверия пользователей к системе.</w:t>
      </w:r>
    </w:p>
    <w:p>
      <w:pPr>
        <w:pStyle w:val="Normal2"/>
      </w:pPr>
      <w:r>
        <w:t>Организация фокус-групп для изучения пользовательских предпочтений и ожиданий, с целью сбора мнений о текущих системах бронирования и выявления востребованных новых функций.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T2"/>
      </w:pPr>
      <w:r>
        <w:t>1.1 Актуальность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 онлайн бронирования: современные тенденции и перспективы [Книга] / И.И. Иванов.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аспекты онлайн бронирования в сфере услуг: опыт и практика // Вестник современного образования.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Н.Н. Инновационные технологии в киноиндустрии: от идеи до реализации [Электронный ресурс] // Кино и время: сведения, относящиеся к заглавию / Н.Н. Сидоров. URL: https://kinoivremya.ru/innovatsii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Смирнов В.В. Проектирование систем онлайн бронирования: методология и практика [Книга] / В.В. Смирнов. – Санкт-Петербург: Издательство "Питер", 2021. – 312 с.</w:t>
      </w:r>
    </w:p>
    <w:p>
      <w:pPr>
        <w:pStyle w:val="Normal2"/>
        <w:spacing w:after="120"/>
        <w:ind w:firstLine="0" w:left="709"/>
        <w:jc w:val="both"/>
      </w:pPr>
      <w:r>
        <w:t>5. Кузнецова Е.А. Эффективность онлайн бронирования в киноиндустрии: анализ и рекомендации // Научные труды университета.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Михайлов А.А. Разработка веб-приложений для онлайн бронирования: подходы и технологии [Электронный ресурс] // Журнал веб-разработки: сведения, относящиеся к заглавию / А.А. Михайлов. URL: https://webdevjournal.ru/online-booking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Ковалев С.С. Технологии онлайн бронирования в кинотеатрах: анализ современных решений и тенденций // Вестник киноиндустрии. – 2023. – Т. 8, № 3. – С. 12-18.</w:t>
      </w:r>
    </w:p>
    <w:p>
      <w:pPr>
        <w:pStyle w:val="Normal2"/>
        <w:spacing w:after="120"/>
        <w:ind w:firstLine="0" w:left="709"/>
        <w:jc w:val="both"/>
      </w:pPr>
      <w:r>
        <w:t>8. Федорова Т.В. Информационные системы для онлайн бронирования: от теории к практике [Книга] / Т.В. Федорова. – Екатеринбург: Издательство "Урал", 2022. – 220 с.</w:t>
      </w:r>
    </w:p>
    <w:p>
      <w:pPr>
        <w:pStyle w:val="Normal2"/>
        <w:spacing w:after="120"/>
        <w:ind w:firstLine="0" w:left="709"/>
        <w:jc w:val="both"/>
      </w:pPr>
      <w:r>
        <w:t>9. Лебедев И.И. Проблемы и перспективы внедрения систем онлайн бронирования в кинотеатрах // Материалы международной конференции "Инновации в киноиндустрии". – 2023. – С. 34-39.</w:t>
      </w:r>
    </w:p>
    <w:p>
      <w:pPr>
        <w:pStyle w:val="Normal2"/>
        <w:spacing w:after="120"/>
        <w:ind w:firstLine="0" w:left="709"/>
        <w:jc w:val="both"/>
      </w:pPr>
      <w:r>
        <w:t>10. Соловьев А.А. Проблемы и недостатки существующих систем онлайн бронирования в киноиндустрии // Научный вестник. – 2023. – Т. 10, № 4. – С. 22-29.</w:t>
      </w:r>
    </w:p>
    <w:p>
      <w:pPr>
        <w:pStyle w:val="Normal2"/>
        <w:spacing w:after="120"/>
        <w:ind w:firstLine="0" w:left="709"/>
        <w:jc w:val="both"/>
      </w:pPr>
      <w:r>
        <w:t>11. Никитина М.В. Анализ недостатков систем онлайн бронирования: опыт зарубежных стран // Вестник международных исследований. – 2023. – Т. 5, № 1. – С. 50-55.</w:t>
      </w:r>
    </w:p>
    <w:p>
      <w:pPr>
        <w:pStyle w:val="Normal2"/>
        <w:spacing w:after="120"/>
        <w:ind w:firstLine="0" w:left="709"/>
        <w:jc w:val="both"/>
      </w:pPr>
      <w:r>
        <w:t>12. Громов П.П. Сравнительный анализ систем онлайн бронирования: проблемы и решения // Журнал информационных технологий. – 2023. – Т. 14, № 2. – С. 100-107.</w:t>
      </w:r>
    </w:p>
    <w:p>
      <w:pPr>
        <w:pStyle w:val="Normal2"/>
        <w:spacing w:after="120"/>
        <w:ind w:firstLine="0" w:left="709"/>
        <w:jc w:val="both"/>
      </w:pPr>
      <w:r>
        <w:t>13. Кузнецов Р.П. Тестирование пользовательского интерфейса в системах онлайн бронирования: методические рекомендации [Книга] / Р.П. Кузнецов. – Москва: Издательство "Инфра-М",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