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«Программная инженерия»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системы онлайн бронирования в кино»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онлайн бронирования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1.1.3 Процесс выбора мест</w:t>
      </w:r>
    </w:p>
    <w:p>
      <w:pPr>
        <w:pStyle w:val="Normal2"/>
        <w:spacing w:before="0" w:after="0" w:line="240" w:lineRule="auto"/>
        <w:ind w:left="2126"/>
      </w:pPr>
      <w:r>
        <w:t>1.1.4 Интеграция с платежными системами</w:t>
      </w:r>
    </w:p>
    <w:p>
      <w:pPr>
        <w:pStyle w:val="Normal2"/>
        <w:spacing w:before="0" w:after="0" w:line="240" w:lineRule="auto"/>
        <w:ind w:left="709"/>
      </w:pPr>
      <w:r>
        <w:t>2. Оценка производительности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Время отклика</w:t>
      </w:r>
    </w:p>
    <w:p>
      <w:pPr>
        <w:pStyle w:val="Normal2"/>
        <w:spacing w:before="0" w:after="0" w:line="240" w:lineRule="auto"/>
        <w:ind w:left="2126"/>
      </w:pPr>
      <w:r>
        <w:t>2.1.2 Скорость загрузки страниц</w:t>
      </w:r>
    </w:p>
    <w:p>
      <w:pPr>
        <w:pStyle w:val="Normal2"/>
        <w:spacing w:before="0" w:after="0" w:line="240" w:lineRule="auto"/>
        <w:ind w:left="2126"/>
      </w:pPr>
      <w:r>
        <w:t>2.1.3 Устойчивость к нагрузкам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</w:t>
      </w:r>
    </w:p>
    <w:p>
      <w:pPr>
        <w:pStyle w:val="Normal2"/>
        <w:spacing w:before="0" w:after="0" w:line="240" w:lineRule="auto"/>
        <w:ind w:left="1417"/>
      </w:pPr>
      <w:r>
        <w:t>3.1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с базой данных</w:t>
      </w:r>
    </w:p>
    <w:p>
      <w:pPr>
        <w:pStyle w:val="Normal2"/>
        <w:spacing w:before="0" w:after="0" w:line="240" w:lineRule="auto"/>
        <w:ind w:left="1417"/>
      </w:pPr>
      <w:r>
        <w:t>3.3 Система поддержки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Анализ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5. Тестирование и отладка системы</w:t>
      </w:r>
    </w:p>
    <w:p>
      <w:pPr>
        <w:pStyle w:val="Normal2"/>
        <w:spacing w:before="0" w:after="0" w:line="240" w:lineRule="auto"/>
        <w:ind w:left="1417"/>
      </w:pPr>
      <w:r>
        <w:t>5.1 Функциональное тестирование</w:t>
      </w:r>
    </w:p>
    <w:p>
      <w:pPr>
        <w:pStyle w:val="Normal2"/>
        <w:spacing w:before="0" w:after="0" w:line="240" w:lineRule="auto"/>
        <w:ind w:left="1417"/>
      </w:pPr>
      <w:r>
        <w:t>5.2 Нагрузочное тестирование</w:t>
      </w:r>
    </w:p>
    <w:p>
      <w:pPr>
        <w:pStyle w:val="Normal2"/>
        <w:spacing w:before="0" w:after="0" w:line="240" w:lineRule="auto"/>
        <w:ind w:left="1417"/>
      </w:pPr>
      <w:r>
        <w:t>5.3 Пользовательское тестирование</w:t>
      </w:r>
    </w:p>
    <w:p>
      <w:pPr>
        <w:pStyle w:val="Normal2"/>
        <w:spacing w:before="0" w:after="0" w:line="240" w:lineRule="auto"/>
        <w:ind w:left="709"/>
      </w:pPr>
      <w:r>
        <w:t>6. Документация и обучение пользователей</w:t>
      </w:r>
    </w:p>
    <w:p>
      <w:pPr>
        <w:pStyle w:val="Normal2"/>
        <w:spacing w:before="0" w:after="0" w:line="240" w:lineRule="auto"/>
        <w:ind w:left="1417"/>
      </w:pPr>
      <w:r>
        <w:t>6.1 Создание руководства пользователя</w:t>
      </w:r>
    </w:p>
    <w:p>
      <w:pPr>
        <w:pStyle w:val="Normal2"/>
        <w:spacing w:before="0" w:after="0" w:line="240" w:lineRule="auto"/>
        <w:ind w:left="1417"/>
      </w:pPr>
      <w:r>
        <w:t>6.2 Технические спецификации</w:t>
      </w:r>
    </w:p>
    <w:p>
      <w:pPr>
        <w:pStyle w:val="Normal2"/>
        <w:spacing w:before="0" w:after="0" w:line="240" w:lineRule="auto"/>
        <w:ind w:left="1417"/>
      </w:pPr>
      <w:r>
        <w:t>6.3 Обучающие семинары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системы онлайн бронирования в кино"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Во-первых, согласно статистике, опубликованной в отчете Statista, в 2022 году объем рынка онлайн-бронирования билетов на мероприятия, включая кино, составил более 5 миллиардов долларов США и продолжает расти на 10-15% ежегодно. Это свидетельствует о том, что все больше пользователей предпочитают удобство онлайн-сервисов, что делает разработку эффективной системы бронирования актуальной задачей.</w:t>
      </w:r>
    </w:p>
    <w:p>
      <w:pPr>
        <w:pStyle w:val="Normal2"/>
      </w:pPr>
      <w:r>
        <w:t>Во-вторых, пандемия COVID-19 значительно изменила привычки потребителей. Согласно исследованию McKinsey, более 70% респондентов отметили, что они стали чаще использовать онлайн-сервисы для покупки билетов на мероприятия. Это создало новый стандарт удобства и безопасности, который ожидают пользователи, что подчеркивает необходимость создания надежной и интуитивно понятной системы онлайн-бронирования.</w:t>
      </w:r>
    </w:p>
    <w:p>
      <w:pPr>
        <w:pStyle w:val="Normal2"/>
      </w:pPr>
      <w:r>
        <w:t>В-третьих, конкуренция на рынке киноиндустрии усиливается, и кинотеатры стремятся привлечь и удержать зрителей. В 2023 году, по данным National Association of Theatre Owners, более 50% всех билетов на фильмы были проданы через онлайн-платформы. Это подчеркивает важность наличия эффективной системы, которая не только упростит процесс покупки билетов, но и обеспечит дополнительный функционал, такой как выбор мест, специальные предложения и программы лояльности.</w:t>
      </w:r>
    </w:p>
    <w:p>
      <w:pPr>
        <w:pStyle w:val="Normal2"/>
      </w:pPr>
      <w:r>
        <w:t>Объект исследования: Система онлайн бронирования билетов в кинотеатрах.Введение</w:t>
      </w:r>
    </w:p>
    <w:p>
      <w:pPr>
        <w:pStyle w:val="Normal2"/>
      </w:pPr>
      <w:r>
        <w:t>С развитием технологий и увеличением числа пользователей интернета, онлайн-сервисы становятся все более популярными. Одной из таких услуг является система онлайн бронирования билетов в кинотеатрах. Эта курсовая работа посвящена разработке подобной системы, которая позволит пользователям удобно и быстро приобретать билеты на фильмы, а также управлять своим временем и предпочтениями.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данной работы является создание функциональной системы онлайн бронирования билетов, которая будет включать в себя удобный интерфейс, возможность выбора мест, а также интеграцию с платежными системами. Для достижения этой цели необходимо решить следующие задачи:</w:t>
      </w:r>
    </w:p>
    <w:p>
      <w:pPr>
        <w:pStyle w:val="Normal2"/>
      </w:pPr>
      <w:r>
        <w:t>1. Исследовать существующие системы онлайн бронирования и выявить их преимущества и недостатки.</w:t>
      </w:r>
    </w:p>
    <w:p>
      <w:pPr>
        <w:pStyle w:val="Normal2"/>
      </w:pPr>
      <w:r>
        <w:t>2. Определить основные функциональные требования к системе.</w:t>
      </w:r>
    </w:p>
    <w:p>
      <w:pPr>
        <w:pStyle w:val="Normal2"/>
      </w:pPr>
      <w:r>
        <w:t>3. Разработать архитектуру системы и выбрать подходящие технологии для ее реализации.</w:t>
      </w:r>
    </w:p>
    <w:p>
      <w:pPr>
        <w:pStyle w:val="Normal2"/>
      </w:pPr>
      <w:r>
        <w:t>4. Создать прототип интерфейса пользователя.</w:t>
      </w:r>
    </w:p>
    <w:p>
      <w:pPr>
        <w:pStyle w:val="Normal2"/>
      </w:pPr>
      <w:r>
        <w:t>5. Реализовать основные функции системы, такие как поиск сеансов, выбор мест и оформление заказа.</w:t>
      </w:r>
    </w:p>
    <w:p>
      <w:pPr>
        <w:pStyle w:val="Normal2"/>
      </w:pPr>
      <w:r>
        <w:t>6. Провести тестирование системы и оценить ее эффективность.</w:t>
      </w:r>
    </w:p>
    <w:p>
      <w:pPr>
        <w:pStyle w:val="Normal2"/>
      </w:pPr>
      <w:r>
        <w:t>Обзор существующих решений</w:t>
      </w:r>
    </w:p>
    <w:p>
      <w:pPr>
        <w:pStyle w:val="Normal2"/>
      </w:pPr>
      <w:r>
        <w:t>На рынке существует множество платформ для онлайн бронирования билетов, каждая из которых имеет свои особенности. Некоторые из них предлагают пользователям возможность просмотра расписания фильмов, другие</w:t>
      </w:r>
    </w:p>
    <w:p>
      <w:pPr>
        <w:pStyle w:val="ListBullet"/>
      </w:pPr>
      <w:r>
        <w:t>дополнительные функции, такие как возможность выбора мест в зале и получения скидок. Важно проанализировать эти решения, чтобы понять, какие функции являются наиболее востребованными, а также выявить пробелы, которые можно заполнить в новой системе.</w:t>
      </w:r>
    </w:p>
    <w:p>
      <w:pPr>
        <w:pStyle w:val="Normal2"/>
      </w:pPr>
      <w:r>
        <w:t>Предмет исследования: Функциональные характеристики системы онлайн бронирования билетов, включая пользовательский интерфейс, процесс выбора мест, интеграцию с платежными системами и эффективность работы в сравнении с существующими решениями.Функциональные характеристики системы онлайн бронирования билетов</w:t>
      </w:r>
    </w:p>
    <w:p>
      <w:pPr>
        <w:pStyle w:val="Normal2"/>
      </w:pPr>
      <w:r>
        <w:t>Разработка системы онлайн бронирования билетов включает в себя несколько ключевых функциональных характеристик, которые обеспечивают удобство и эффективность использования. Эти характеристики можно разделить на несколько основных категорий.</w:t>
      </w:r>
    </w:p>
    <w:p>
      <w:pPr>
        <w:pStyle w:val="Normal2"/>
      </w:pPr>
      <w:r>
        <w:t>1. Пользовательский интерфейс: Интерфейс должен быть интуитивно понятным и доступным для пользователей с разным уровнем технической подготовки. Важным аспектом является адаптивность интерфейса, чтобы он корректно отображался на различных устройствах, включая мобильные телефоны и планшеты. Удобная навигация, четкая структура и визуальные подсказки помогут пользователям легко находить нужную информацию и совершать покупки.</w:t>
      </w:r>
    </w:p>
    <w:p>
      <w:pPr>
        <w:pStyle w:val="Normal2"/>
      </w:pPr>
      <w:r>
        <w:t>2. Процесс выбора мест: Система должна предоставлять пользователям возможность визуально выбирать места в зале. Это может быть реализовано через интерактивную схему зала, где пользователи смогут видеть доступные и занятые места. Также важно предусмотреть возможность фильтрации мест по различным критериям, таким как цена, расположение и комфорт.</w:t>
      </w:r>
    </w:p>
    <w:p>
      <w:pPr>
        <w:pStyle w:val="Normal2"/>
      </w:pPr>
      <w:r>
        <w:t>3. Интеграция с платежными системами: Для успешной работы системы необходимо обеспечить безопасную и удобную интеграцию с различными платежными системами. Это позволит пользователям проводить оплату с помощью кредитных карт, электронных кошельков и других популярных методов. Важно также обеспечить защиту данных пользователей и соблюдение стандартов безопасности.</w:t>
      </w:r>
    </w:p>
    <w:p>
      <w:pPr>
        <w:pStyle w:val="Normal2"/>
      </w:pPr>
      <w:r>
        <w:t>Цели исследования: Исследовать функциональные характеристики системы онлайн бронирования билетов, включая пользовательский интерфейс, процесс выбора мест, интеграцию с платежными системами и эффективность работы в сравнении с существующими решениями.4. Эффективность работы системы: Необходимо провести анализ производительности системы, включая время отклика на запросы пользователей, скорость загрузки страниц и устойчивость к нагрузкам. Сравнение с существующими решениями позволит выявить сильные и слабые стороны разрабатываемой системы. Важно также учитывать возможность масштабирования системы в случае увеличения числа пользователей или расширения функционала.</w:t>
      </w:r>
    </w:p>
    <w:p>
      <w:pPr>
        <w:pStyle w:val="Normal2"/>
      </w:pPr>
      <w:r>
        <w:t>5. Управление расписанием и актуализация информации: Система должна обеспечивать актуальную информацию о расписании сеансов, наличии билетов и ценах. Необходима интеграция с базой данных, которая будет обновляться в реальном времени, чтобы избежать ситуаций, когда пользователи пытаются забронировать уже проданные билеты. Также стоит предусмотреть возможность автоматического обновления информации о новых фильмах и специальных акциях.</w:t>
      </w:r>
    </w:p>
    <w:p>
      <w:pPr>
        <w:pStyle w:val="Normal2"/>
      </w:pPr>
      <w:r>
        <w:t>6. Поддержка пользователей: Важным аспектом является наличие системы поддержки пользователей, которая может включать в себя чат, электронную почту или телефонные консультации. Это поможет пользователям быстро решать возникающие вопросы и проблемы, что в свою очередь повысит уровень удовлетворенности сервисом.</w:t>
      </w:r>
    </w:p>
    <w:p>
      <w:pPr>
        <w:pStyle w:val="Normal2"/>
      </w:pPr>
      <w:r>
        <w:t>7. Аналитика и отчетность: Система должна включать инструменты для сбора и анализа данных о продажах, предпочтениях пользователей и других ключевых метриках.</w:t>
      </w:r>
    </w:p>
    <w:p>
      <w:pPr>
        <w:pStyle w:val="Normal2"/>
      </w:pPr>
      <w:r>
        <w:t>Задачи исследования: 1. Изучение теоретических основ систем онлайн бронирования, включая анализ существующих решений, их функциональных характеристик, пользовательского интерфейса, процесса выбора мест и интеграции с платежными системами.</w:t>
      </w:r>
    </w:p>
    <w:p>
      <w:pPr>
        <w:pStyle w:val="Normal2"/>
      </w:pPr>
      <w:r>
        <w:t>2. Организация экспериментов по оценке производительности системы, включая выбор методологии для тестирования времени отклика, скорости загрузки страниц и устойчивости к нагрузкам, а также анализ собранных литературных источников по этим аспектам.</w:t>
      </w:r>
    </w:p>
    <w:p>
      <w:pPr>
        <w:pStyle w:val="Normal2"/>
      </w:pPr>
      <w:r>
        <w:t>3. Разработка алгоритма практической реализации системы, включая этапы проектирования пользовательского интерфейса, интеграции с базой данных для актуализации информации о расписании сеансов и наличии билетов, а также внедрение системы поддержки пользователей.</w:t>
      </w:r>
    </w:p>
    <w:p>
      <w:pPr>
        <w:pStyle w:val="Normal2"/>
      </w:pPr>
      <w:r>
        <w:t>4. Проведение объективной оценки эффективности разработанной системы на основании полученных результатов тестирования, включая сравнение с существующими решениями и анализ пользовательского опыта.5. Тестирование и отладка системы: На этом этапе необходимо провести всестороннее тестирование всех компонентов системы, включая функциональное, нагрузочное и пользовательское тестирование. Это позволит выявить и устранить возможные ошибки и недочеты, а также убедиться в том, что система работает стабильно и соответствует заявленным требованиям.</w:t>
      </w:r>
    </w:p>
    <w:p>
      <w:pPr>
        <w:pStyle w:val="Normal2"/>
      </w:pPr>
      <w:r>
        <w:t>6. Документация и обучение пользователей: Важным аспектом успешной реализации системы является создание подробной документации, которая включает в себя руководство пользователя, технические спецификации и инструкции по интеграции с другими системами. Также стоит рассмотреть возможность проведения обучающих семинаров для сотрудников кинотеатров и пользователей, чтобы они могли эффективно использовать систему.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решений в области онлайн бронирования, включая изучение их функциональных характеристик, пользовательского интерфейса и интеграции с платежными системами, с использованием методов синтеза и классификации для выявления лучших практик.</w:t>
      </w:r>
    </w:p>
    <w:p>
      <w:pPr>
        <w:pStyle w:val="Normal2"/>
      </w:pPr>
      <w:r>
        <w:t>Экспериментальное исследование производительности системы, включающее измерение времени отклика на запросы пользователей, скорости загрузки страниц и устойчивости к нагрузкам с помощью нагрузочного тестирования и анализа полученных данных.</w:t>
      </w:r>
    </w:p>
    <w:p>
      <w:pPr>
        <w:pStyle w:val="Normal2"/>
      </w:pPr>
      <w:r>
        <w:t>Разработка алгоритма практической реализации системы через моделирование процессов проектирования пользовательского интерфейса и интеграции с базой данных, а также использование аналогии для определения оптимальных подходов к актуализации информации о расписании сеансов и наличии билетов.</w:t>
      </w:r>
    </w:p>
    <w:p>
      <w:pPr>
        <w:pStyle w:val="Normal2"/>
      </w:pPr>
      <w:r>
        <w:t>Оценка эффективности разработанной системы путем сравнения с существующими решениями через методику анализа пользовательского опыта и сбора отзывов, а также использование статистических методов для обработки данных тестирования.</w:t>
      </w:r>
    </w:p>
    <w:p>
      <w:pPr>
        <w:pStyle w:val="Normal2"/>
      </w:pPr>
      <w:r>
        <w:t>Тестирование и отладка системы с применением функционального, нагрузочного и пользовательского тестирования, включая методы наблюдения и сравнения для выявления ошибок и недочетов.</w:t>
      </w:r>
    </w:p>
    <w:p>
      <w:pPr>
        <w:pStyle w:val="Normal2"/>
      </w:pPr>
      <w:r>
        <w:t>Создание документации и обучение пользователей с использованием методов анализа и синтеза для разработки инструкций, а также проведение обучающих семинаров, чтобы обеспечить эффективное использование системы.8. Интеграция с социальными сетями и маркетинг: Важным элементом системы является возможность интеграции с социальными сетями для повышения видимости и привлечения пользователей. Это может включать функции, позволяющие пользователям делиться информацией о фильмах и сеансах, а также получать рекомендации на основе их предпочтений. Кроме того, стоит рассмотреть возможность внедрения маркетинговых инструментов, таких как акции и специальные предложения, которые могут быть направлены на целевую аудиторию через социальные платформы.</w:t>
      </w:r>
    </w:p>
    <w:p>
      <w:pPr>
        <w:pStyle w:val="Normal2"/>
      </w:pPr>
      <w:r>
        <w:t>9. Безопасность данных: Одним из ключевых аспектов разработки системы является обеспечение безопасности данных пользователей. Необходимо предусмотреть шифрование личной информации и данных платежей, а также защиту от несанкционированного доступа.</w:t>
      </w:r>
    </w:p>
    <w:p>
      <w:r>
        <w:br w:type="page"/>
      </w:r>
    </w:p>
    <w:p>
      <w:pPr>
        <w:pStyle w:val="T1"/>
      </w:pPr>
      <w:r>
        <w:t>1. Теоретические основы систем онлайн бронирования</w:t>
      </w:r>
    </w:p>
    <w:p>
      <w:pPr>
        <w:pStyle w:val="T2"/>
      </w:pPr>
      <w:r>
        <w:t>1.1 Анализ существующих решений</w:t>
      </w:r>
    </w:p>
    <w:p>
      <w:pPr>
        <w:pStyle w:val="T3"/>
      </w:pPr>
      <w:r>
        <w:t>1.1.1 Функциональные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систем онлайн бронирования билетов в кинотеатрах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Сравнительный анализ платформ для онлайн бронирования: опыт киноиндустрии // Материалы международной конференции "Инновации в киноиндустрии". 2023. С. 78-83.</w:t>
      </w:r>
    </w:p>
    <w:p>
      <w:pPr>
        <w:pStyle w:val="Normal2"/>
        <w:spacing w:after="120"/>
        <w:ind w:firstLine="0" w:left="709"/>
        <w:jc w:val="both"/>
      </w:pPr>
      <w:r>
        <w:t>3. Смирнов В.Е. Тенденции развития онлайн-сервисов для бронирования билетов на мероприятия // Журнал современных технологий. 2021. Т. 15. № 4. С. 112-118.</w:t>
      </w:r>
    </w:p>
    <w:p>
      <w:pPr>
        <w:pStyle w:val="Normal2"/>
        <w:spacing w:after="120"/>
        <w:ind w:firstLine="0" w:left="709"/>
        <w:jc w:val="both"/>
      </w:pPr>
      <w:r>
        <w:t>4. Кузнецов А.Н. Методология тестирования программного обеспечения: от теории к практике.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5. Сидорова Е.В. Практика тестирования веб-приложений: подходы и инструменты [Электронный ресурс] // Журнал тестирования программного обеспечения: сведения, относящиеся к заглавию / Е.В. Сидорова. URL: https://www.testingjournal.ru/practices/2021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Федоров Д.Г. Современные подходы к тестированию систем онлайн бронирования // Материалы конференции "Информационные технологии в бизнесе". 2022. С. 34-39.</w:t>
      </w:r>
    </w:p>
    <w:p>
      <w:pPr>
        <w:pStyle w:val="Normal2"/>
        <w:spacing w:after="120"/>
        <w:ind w:firstLine="0" w:left="709"/>
        <w:jc w:val="both"/>
      </w:pPr>
      <w:r>
        <w:t>7. Ковалев С.А. Проектирование пользовательского интерфейса для веб-приложений: лучшие практики и подходы. М: Издательство "Питер", 2023. 320 с.</w:t>
      </w:r>
    </w:p>
    <w:p>
      <w:pPr>
        <w:pStyle w:val="Normal2"/>
        <w:spacing w:after="120"/>
        <w:ind w:firstLine="0" w:left="709"/>
        <w:jc w:val="both"/>
      </w:pPr>
      <w:r>
        <w:t>8. Тихомиров А.Н, Кузьмина И.В. Основы проектирования интерфейсов для онлайн-сервисов: от идеи до реализации [Электронный ресурс] // Журнал веб-дизайна: сведения, относящиеся к заглавию / А.Н. Тихомиров, И.В. Кузьмина. URL: https://www.webdesignjournal.ru/interface-design/2023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Соловьев И.В. Интеграция баз данных в веб-приложениях: подходы и решения. М: Издательство "Бином", 2022. 192 с.</w:t>
      </w:r>
    </w:p>
    <w:p>
      <w:pPr>
        <w:pStyle w:val="Normal2"/>
        <w:spacing w:after="120"/>
        <w:ind w:firstLine="0" w:left="709"/>
        <w:jc w:val="both"/>
      </w:pPr>
      <w:r>
        <w:t>10. Никифоров А.Ю. Архитектура систем управления базами данных для онлайн-сервисов [Электронный ресурс] // Вестник информационных технологий: сведения, относящиеся к заглавию / А.Ю. Никифоров. URL: https://www.itjournal.ru/db-architecture/2023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11. Григорьев А.А. Подходы к разработке систем поддержки пользователей в онлайн-сервисах // Вестник информационных технологий. 2023. № 1. С. 15-22.</w:t>
      </w:r>
    </w:p>
    <w:p>
      <w:pPr>
        <w:pStyle w:val="Normal2"/>
        <w:spacing w:after="120"/>
        <w:ind w:firstLine="0" w:left="709"/>
        <w:jc w:val="both"/>
      </w:pPr>
      <w:r>
        <w:t>12. Лебедев П.С. Эффективные стратегии поддержки пользователей в веб-приложениях // Журнал информационных технологий. 2022. Т. 14. № 2. С. 85-92.</w:t>
      </w:r>
    </w:p>
    <w:p>
      <w:pPr>
        <w:pStyle w:val="Normal2"/>
        <w:spacing w:after="120"/>
        <w:ind w:firstLine="0" w:left="709"/>
        <w:jc w:val="both"/>
      </w:pPr>
      <w:r>
        <w:t>13. Кузнецова М.И. Сравнительный анализ существующих систем онлайн бронирования билетов в кинотеатрах // Вестник киноиндустрии. 2023. № 2.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