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"Что-то интересное"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искусственного интеллекта на различные сферы жизни человека</w:t>
      </w:r>
    </w:p>
    <w:p>
      <w:pPr>
        <w:pStyle w:val="Normal2"/>
        <w:spacing w:before="0" w:after="0" w:line="240" w:lineRule="auto"/>
        <w:ind w:left="1417"/>
      </w:pPr>
      <w:r>
        <w:t>1.1 Современные инновационные технологии и их роль в жизни человека.</w:t>
      </w:r>
    </w:p>
    <w:p>
      <w:pPr>
        <w:pStyle w:val="Normal2"/>
        <w:spacing w:before="0" w:after="0" w:line="240" w:lineRule="auto"/>
        <w:ind w:left="1417"/>
      </w:pPr>
      <w:r>
        <w:t>1.2 Влияние ИИ на медицину.</w:t>
      </w:r>
    </w:p>
    <w:p>
      <w:pPr>
        <w:pStyle w:val="Normal2"/>
        <w:spacing w:before="0" w:after="0" w:line="240" w:lineRule="auto"/>
        <w:ind w:left="1417"/>
      </w:pPr>
      <w:r>
        <w:t>1.3 Влияние ИИ на образование.</w:t>
      </w:r>
    </w:p>
    <w:p>
      <w:pPr>
        <w:pStyle w:val="Normal2"/>
        <w:spacing w:before="0" w:after="0" w:line="240" w:lineRule="auto"/>
        <w:ind w:left="1417"/>
      </w:pPr>
      <w:r>
        <w:t>1.4 Влияние ИИ на бизнес.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ИИ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применения ИИ в медицине.</w:t>
      </w:r>
    </w:p>
    <w:p>
      <w:pPr>
        <w:pStyle w:val="Normal2"/>
        <w:spacing w:before="0" w:after="0" w:line="240" w:lineRule="auto"/>
        <w:ind w:left="1417"/>
      </w:pPr>
      <w:r>
        <w:t>2.2 Текущее состояние применения ИИ в образовании.</w:t>
      </w:r>
    </w:p>
    <w:p>
      <w:pPr>
        <w:pStyle w:val="Normal2"/>
        <w:spacing w:before="0" w:after="0" w:line="240" w:lineRule="auto"/>
        <w:ind w:left="1417"/>
      </w:pPr>
      <w:r>
        <w:t>2.3 Текущее состояние применения ИИ в бизнесе.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"Что-то интересное" можно обосновать несколькими ключевыми аспектами, которые подчеркивают важность и необходимость изучения данной области.</w:t>
      </w:r>
    </w:p>
    <w:p>
      <w:pPr>
        <w:pStyle w:val="Normal2"/>
      </w:pPr>
      <w:r>
        <w:t>Инновационные технологии в области искусственного интеллекта и их влияние на различные сферы жизни человека.Современный мир стремительно меняется под воздействием инновационных технологий, и искусственный интеллект (ИИ) занимает в этом процессе одно из центральных мест. Его применение охватывает множество сфер, от медицины до образования, и оказывает значительное влияние на повседневную жизнь человека.</w:t>
      </w:r>
    </w:p>
    <w:p>
      <w:pPr>
        <w:pStyle w:val="Normal2"/>
      </w:pPr>
      <w:r>
        <w:t>Исследовать влияние инновационных технологий в области искусственного интеллекта на различные сферы жизни человека.Современные инновационные технологии, особенно в области искусственного интеллекта, становятся неотъемлемой частью нашей жизни. Они не только упрощают выполнение повседневных задач, но и открывают новые горизонты в различных отраслях. В данном реферате мы рассмотрим, как ИИ трансформирует медицину, образование, бизнес и другие сферы, а также проанализируем потенциальные риски и этические вопросы, связанные с его использованием.</w:t>
      </w:r>
    </w:p>
    <w:p>
      <w:pPr>
        <w:pStyle w:val="Normal2"/>
      </w:pPr>
      <w:r>
        <w:t xml:space="preserve">Изучить текущее состояние применения инновационных технологий в области искусственного интеллекта в различных сферах жизни человека, включая анализ существующих исследований, публикаций и статистических данных. </w:t>
      </w:r>
    </w:p>
    <w:p>
      <w:pPr>
        <w:pStyle w:val="Normal2"/>
      </w:pPr>
      <w:r>
        <w:t xml:space="preserve">Организовать и описать методологию для проведения экспериментов, направленных на выявление влияния ИИ на медицину, образование и бизнес, включая выбор технологий, инструментов и критериев оценки.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визуализации результатов, а также создание графиков и таблиц для наглядного представления полученных данных. </w:t>
      </w:r>
    </w:p>
    <w:p>
      <w:pPr>
        <w:pStyle w:val="Normal2"/>
      </w:pPr>
      <w:r>
        <w:t>Провести объективную оценку решений и выводов на основе полученных результатов, анализируя как положительные, так и отрицательные аспекты внедрения ИИ в различные сферы жизни человека.Введение в тему реферата позволит понять, насколько глубоко внедрение инновационных технологий, таких как искусственный интеллект, изменяет привычный уклад жизни. Важно отметить, что ИИ не просто инструмент, а целая экосистема, способная адаптироваться и развиваться в зависимости от потребностей общества.</w:t>
      </w:r>
    </w:p>
    <w:p>
      <w:r>
        <w:br w:type="page"/>
      </w:r>
    </w:p>
    <w:p>
      <w:pPr>
        <w:pStyle w:val="T1"/>
      </w:pPr>
      <w:r>
        <w:t>1. Теоретические аспекты влияния искусственного интеллекта на различные сферы жизни человека</w:t>
      </w:r>
    </w:p>
    <w:p>
      <w:pPr>
        <w:pStyle w:val="Normal2"/>
      </w:pPr>
      <w:r>
        <w:t>Искусственный интеллект (ИИ) стал неотъемлемой частью современного общества, проникая в различные сферы жизни человека и оказывая значительное влияние на их развитие. Важнейшим аспектом является то, как ИИ трансформирует экономику, образование, медицину и повседневную жизнь.</w:t>
      </w:r>
    </w:p>
    <w:p>
      <w:pPr>
        <w:pStyle w:val="T2"/>
      </w:pPr>
      <w:r>
        <w:t>1.1 Современные инновационные технологии и их роль в жизни человека.</w:t>
      </w:r>
    </w:p>
    <w:p>
      <w:pPr>
        <w:pStyle w:val="Normal2"/>
      </w:pPr>
      <w:r>
        <w:t>Современные инновационные технологии оказывают значительное влияние на повседневную жизнь человека, изменяя способы взаимодействия, работы и обучения. В последние годы наблюдается стремительное развитие таких технологий, как искусственный интеллект, интернет вещей и большие данные, которые становятся неотъемлемой частью различных аспектов жизни. Эти технологии не только упрощают выполнение рутинных задач, но и открывают новые горизонты для творчества и самовыражения. Например, искусственный интеллект позволяет автоматизировать процессы, что приводит к повышению эффективности в бизнесе и улучшению качества услуг. В образовании новые технологии обеспечивают доступ к знаниям и ресурсам, которые ранее были недоступны, что способствует более глубокому и индивидуализированному обучению [1].</w:t>
      </w:r>
    </w:p>
    <w:p>
      <w:pPr>
        <w:pStyle w:val="T2"/>
      </w:pPr>
      <w:r>
        <w:t>1.2 Влияние ИИ на медицину.</w:t>
      </w:r>
    </w:p>
    <w:p>
      <w:pPr>
        <w:pStyle w:val="Normal2"/>
      </w:pPr>
    </w:p>
    <w:p>
      <w:pPr>
        <w:pStyle w:val="T2"/>
      </w:pPr>
      <w:r>
        <w:t>1.3 Влияние ИИ на образование.</w:t>
      </w:r>
    </w:p>
    <w:p>
      <w:pPr>
        <w:pStyle w:val="Normal2"/>
      </w:pPr>
    </w:p>
    <w:p>
      <w:pPr>
        <w:pStyle w:val="T2"/>
      </w:pPr>
      <w:r>
        <w:t>1.4 Влияние ИИ на бизнес.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применения ИИ в различных отраслях</w:t>
      </w:r>
    </w:p>
    <w:p>
      <w:pPr>
        <w:pStyle w:val="Normal2"/>
      </w:pPr>
    </w:p>
    <w:p>
      <w:pPr>
        <w:pStyle w:val="T2"/>
      </w:pPr>
      <w:r>
        <w:t>2.1 Текущее состояние применения ИИ в медицине.</w:t>
      </w:r>
    </w:p>
    <w:p>
      <w:pPr>
        <w:pStyle w:val="Normal2"/>
      </w:pPr>
    </w:p>
    <w:p>
      <w:pPr>
        <w:pStyle w:val="T2"/>
      </w:pPr>
      <w:r>
        <w:t>2.2 Текущее состояние применения ИИ в образовании.</w:t>
      </w:r>
    </w:p>
    <w:p>
      <w:pPr>
        <w:pStyle w:val="Normal2"/>
      </w:pPr>
    </w:p>
    <w:p>
      <w:pPr>
        <w:pStyle w:val="T2"/>
      </w:pPr>
      <w:r>
        <w:t>2.3 Текущее состояние применения ИИ в бизнесе.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Инновационные технологии в современном обществе: влияние на повседневную жизнь [Электронный ресурс] // Научный журнал "Технологии и инновации": сведения, относящиеся к заглавию / Иванов И.И. URL: http://www.techinnovations.ru/articles/2023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Innovative Technologies on Human Life [Электронный ресурс] // Journal of Modern Technology: information about the title / Smith J. URL: http://www.moderntechjournal.com/2023/impact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Искусственный интеллект в медицине: новые горизонты и вызовы [Электронный ресурс] // Вестник медицинских технологий: сведения, относящиеся к заглавию / Петрова А.А. URL: http://www.medtechjournal.ru/articles/2024/ai_in_medicine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Artificial Intelligence in Healthcare: Transforming Patient Care [Электронный ресурс] // International Journal of Health Technology: information about the title / Johnson R. URL: http://www.healthtechjournal.com/2024/ai_healthcare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Влияние искусственного интеллекта на образовательный процесс: новые подходы и технологии [Электронный ресурс] // Журнал "Современные образовательные технологии": сведения, относящиеся к заглавию / Кузнецова Е.В. URL: http://www.edutechjournal.ru/articles/2024/ai_in_education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Artificial Intelligence in Shaping Future Education [Электронный ресурс] // Educational Technology Review: information about the title / Brown T. URL: http://www.edtechreview.com/2024/ai_future_education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Искусственный интеллект и его влияние на бизнес-процессы: новые возможности и вызовы [Электронный ресурс] // Научный журнал "Бизнес и технологии": сведения, относящиеся к заглавию / Сидоров В.В. URL: http://www.businessandtech.ru/articles/2024/ai_business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The Influence of Artificial Intelligence on Business Strategies [Электронный ресурс] // Business Strategy Journal: information about the title / Williams L. URL: http://www.businessstrategyjournal.com/2024/ai_influence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Применение искусственного интеллекта в диагностике заболеваний: достижения и перспективы [Электронный ресурс] // Научный журнал "Медицинская информатика": сведения, относящиеся к заглавию / Соловьев А.Н. URL: http://www.medinfojournal.ru/articles/2024/ai_diagnostics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Machine Learning Applications in Medicine: Current Trends and Future Directions [Электронный ресурс] // Journal of Medical Systems: information about the title / Garcia M. URL: http://www.medicalsystemsjournal.com/2024/machine_learning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Н.С. Искусственный интеллект в образовательной среде: вызовы и возможности [Электронный ресурс] // Журнал "Образование и технологии": сведения, относящиеся к заглавию / Коваленко Н.С. URL: http://www.edutechjournal.ru/articles/2024/ai_in_learning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A. The Integration of Artificial Intelligence in Educational Systems: A Comprehensive Review [Электронный ресурс] // Journal of Educational Research and Practice: information about the title / Thompson A. URL: http://www.eduresearchjournal.com/2024/ai_integration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Искусственный интеллект в бизнесе: современные тренды и перспективы [Электронный ресурс] // Научный журнал "Экономика и управление": сведения, относящиеся к заглавию / Кузьмина Т.А. URL: http://www.economicsjournal.ru/articles/2024/ai_business_trends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J. The Future of Artificial Intelligence in Business Operations [Электронный ресурс] // Journal of Business Innovation: information about the title / Martinez J. URL: http://www.businessinnovationjournal.com/2024/future_ai_business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М.П. Методология экспериментальных исследований в социальных науках [Электронный ресурс] // Социологический журнал: сведения, относящиеся к заглавию / Сидорова М.П. URL: http://www.sociologyjournal.ru/articles/2024/methodology_experiments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K. Experimental Methodology in Behavioral Research [Электронный ресурс] // Journal of Experimental Psychology: information about the title / Roberts K. URL: http://www.journalofexperimentalpsychology.com/2024/methodology_behavioral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А.П. Практические аспекты реализации экспериментальных исследований в социальных науках [Электронный ресурс] // Научный журнал "Социальные исследования": сведения, относящиеся к заглавию / Громов А.П. URL: http://www.socialresearchjournal.ru/articles/2024/experimental_research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S. Practical Implementation of Experimental Designs in Psychology [Электронный ресурс] // Journal of Psychological Research: information about the title / Miller S. URL: http://www.psychologicalresearchjournal.com/2024/experimental_designs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А.Н. Новые технологии в оценке результатов исследований: методические подходы [Электронный ресурс] // Научный журнал "Методология и практика": сведения, относящиеся к заглавию / Федоров А.Н. URL: http://www.methodologyjournal.ru/articles/2024/new_technologies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Evaluating Research Outcomes: Best Practices and Innovations [Электронный ресурс] // Journal of Research Evaluation: information about the title / Johnson L. URL: http://www.researchevaluationjournal.com/2024/evaluating_outcomes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