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биологии»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«Комнатные растения как объекты биологического эксперимента»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 комнатных растений</w:t>
      </w:r>
    </w:p>
    <w:p>
      <w:pPr>
        <w:pStyle w:val="Normal2"/>
        <w:spacing w:before="0" w:after="0" w:line="240" w:lineRule="auto"/>
        <w:ind w:left="1417"/>
      </w:pPr>
      <w:r>
        <w:t>1.1 Фотосинтез и его значение</w:t>
      </w:r>
    </w:p>
    <w:p>
      <w:pPr>
        <w:pStyle w:val="Normal2"/>
        <w:spacing w:before="0" w:after="0" w:line="240" w:lineRule="auto"/>
        <w:ind w:left="2126"/>
      </w:pPr>
      <w:r>
        <w:t>1.1.1 Процесс фотосинтеза</w:t>
      </w:r>
    </w:p>
    <w:p>
      <w:pPr>
        <w:pStyle w:val="Normal2"/>
        <w:spacing w:before="0" w:after="0" w:line="240" w:lineRule="auto"/>
        <w:ind w:left="2126"/>
      </w:pPr>
      <w:r>
        <w:t>1.1.2 Влияние условий закрытого пространства</w:t>
      </w:r>
    </w:p>
    <w:p>
      <w:pPr>
        <w:pStyle w:val="Normal2"/>
        <w:spacing w:before="0" w:after="0" w:line="240" w:lineRule="auto"/>
        <w:ind w:left="1417"/>
      </w:pPr>
      <w:r>
        <w:t>1.2 Дыхание и транспирация</w:t>
      </w:r>
    </w:p>
    <w:p>
      <w:pPr>
        <w:pStyle w:val="Normal2"/>
        <w:spacing w:before="0" w:after="0" w:line="240" w:lineRule="auto"/>
        <w:ind w:left="2126"/>
      </w:pPr>
      <w:r>
        <w:t>1.2.1 Процесс дыхания</w:t>
      </w:r>
    </w:p>
    <w:p>
      <w:pPr>
        <w:pStyle w:val="Normal2"/>
        <w:spacing w:before="0" w:after="0" w:line="240" w:lineRule="auto"/>
        <w:ind w:left="2126"/>
      </w:pPr>
      <w:r>
        <w:t>1.2.2 Роль транспирации в жизни растений</w:t>
      </w:r>
    </w:p>
    <w:p>
      <w:pPr>
        <w:pStyle w:val="Normal2"/>
        <w:spacing w:before="0" w:after="0" w:line="240" w:lineRule="auto"/>
        <w:ind w:left="709"/>
      </w:pPr>
      <w:r>
        <w:t>2. Влияние освещения на рост растений</w:t>
      </w:r>
    </w:p>
    <w:p>
      <w:pPr>
        <w:pStyle w:val="Normal2"/>
        <w:spacing w:before="0" w:after="0" w:line="240" w:lineRule="auto"/>
        <w:ind w:left="1417"/>
      </w:pPr>
      <w:r>
        <w:t>2.1 Оптимальные уровни освещения</w:t>
      </w:r>
    </w:p>
    <w:p>
      <w:pPr>
        <w:pStyle w:val="Normal2"/>
        <w:spacing w:before="0" w:after="0" w:line="240" w:lineRule="auto"/>
        <w:ind w:left="2126"/>
      </w:pPr>
      <w:r>
        <w:t>2.1.1 Различные источники света</w:t>
      </w:r>
    </w:p>
    <w:p>
      <w:pPr>
        <w:pStyle w:val="Normal2"/>
        <w:spacing w:before="0" w:after="0" w:line="240" w:lineRule="auto"/>
        <w:ind w:left="2126"/>
      </w:pPr>
      <w:r>
        <w:t>2.1.2 Спектры света и их влияние</w:t>
      </w:r>
    </w:p>
    <w:p>
      <w:pPr>
        <w:pStyle w:val="Normal2"/>
        <w:spacing w:before="0" w:after="0" w:line="240" w:lineRule="auto"/>
        <w:ind w:left="1417"/>
      </w:pPr>
      <w:r>
        <w:t>2.2 Эксперименты по освещению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влажности на здоровье растений</w:t>
      </w:r>
    </w:p>
    <w:p>
      <w:pPr>
        <w:pStyle w:val="Normal2"/>
        <w:spacing w:before="0" w:after="0" w:line="240" w:lineRule="auto"/>
        <w:ind w:left="1417"/>
      </w:pPr>
      <w:r>
        <w:t>3.1 Оптимальные уровни влажности</w:t>
      </w:r>
    </w:p>
    <w:p>
      <w:pPr>
        <w:pStyle w:val="Normal2"/>
        <w:spacing w:before="0" w:after="0" w:line="240" w:lineRule="auto"/>
        <w:ind w:left="2126"/>
      </w:pPr>
      <w:r>
        <w:t>3.1.1 Недостаток влаги и его последствия</w:t>
      </w:r>
    </w:p>
    <w:p>
      <w:pPr>
        <w:pStyle w:val="Normal2"/>
        <w:spacing w:before="0" w:after="0" w:line="240" w:lineRule="auto"/>
        <w:ind w:left="2126"/>
      </w:pPr>
      <w:r>
        <w:t>3.1.2 Избыток влаги и грибковые заболевания</w:t>
      </w:r>
    </w:p>
    <w:p>
      <w:pPr>
        <w:pStyle w:val="Normal2"/>
        <w:spacing w:before="0" w:after="0" w:line="240" w:lineRule="auto"/>
        <w:ind w:left="1417"/>
      </w:pPr>
      <w:r>
        <w:t>3.2 Эксперименты по влажности</w:t>
      </w:r>
    </w:p>
    <w:p>
      <w:pPr>
        <w:pStyle w:val="Normal2"/>
        <w:spacing w:before="0" w:after="0" w:line="240" w:lineRule="auto"/>
        <w:ind w:left="2126"/>
      </w:pPr>
      <w:r>
        <w:t>3.2.1 Методология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Взаимодействие с микроорганизмами и вредителями</w:t>
      </w:r>
    </w:p>
    <w:p>
      <w:pPr>
        <w:pStyle w:val="Normal2"/>
        <w:spacing w:before="0" w:after="0" w:line="240" w:lineRule="auto"/>
        <w:ind w:left="1417"/>
      </w:pPr>
      <w:r>
        <w:t>4.1 Положительное и отрицательное влияние микроорганизмов</w:t>
      </w:r>
    </w:p>
    <w:p>
      <w:pPr>
        <w:pStyle w:val="Normal2"/>
        <w:spacing w:before="0" w:after="0" w:line="240" w:lineRule="auto"/>
        <w:ind w:left="2126"/>
      </w:pPr>
      <w:r>
        <w:t>4.1.1 Польза от микроорганизмов</w:t>
      </w:r>
    </w:p>
    <w:p>
      <w:pPr>
        <w:pStyle w:val="Normal2"/>
        <w:spacing w:before="0" w:after="0" w:line="240" w:lineRule="auto"/>
        <w:ind w:left="2126"/>
      </w:pPr>
      <w:r>
        <w:t>4.1.2 Вред от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4.2 Методы минимизации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4.2.1 Биологические методы защиты</w:t>
      </w:r>
    </w:p>
    <w:p>
      <w:pPr>
        <w:pStyle w:val="Normal2"/>
        <w:spacing w:before="0" w:after="0" w:line="240" w:lineRule="auto"/>
        <w:ind w:left="2126"/>
      </w:pPr>
      <w:r>
        <w:t>4.2.2 Агрохимические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"Комнатные растения как объекты биологического эксперимента" обусловлена несколькими ключевыми факторами, которые подчеркивают важность и значимость данного направления в биологии и экологии.</w:t>
      </w:r>
    </w:p>
    <w:p>
      <w:pPr>
        <w:pStyle w:val="Normal2"/>
      </w:pPr>
      <w:r>
        <w:tab/>
        <w:t>Объект исследования: Комнатные растения, их физиологические процессы, адаптация к условиям закрытого пространства, влияние освещения и влажности на рост и развитие, а также взаимодействие с микроорганизмами и вредителями.Комнатные растения играют важную роль в экосистеме закрытых пространств, таких как квартиры и офисы. Они не только украшают интерьер, но и способствуют улучшению качества воздуха, создавая более комфортные условия для жизни человека. В данной курсовой работе будет рассмотрено, как комнатные растения адаптируются к условиям ограниченного пространства и какие физиологические процессы происходят в их организме.</w:t>
      </w:r>
    </w:p>
    <w:p>
      <w:pPr>
        <w:pStyle w:val="Normal2"/>
      </w:pPr>
      <w:r>
        <w:tab/>
        <w:t>Предмет исследования: Физиологические процессы адаптации комнатных растений к условиям закрытого пространства, включая влияние освещения и влажности на их рост и развитие, а также взаимодействие с микроорганизмами и вредителями.Введение в тему комнатных растений как объектов биологического эксперимента позволяет глубже понять их уникальные способности к адаптации. Комнатные растения, находясь в условиях ограниченного пространства, сталкиваются с различными стрессовыми факторами, такими как недостаток света, измененная влажность и ограниченное пространство для корневой системы. Эти условия требуют от растений разработки специфических физиологических механизмов, позволяющих им выживать и развиваться.</w:t>
      </w:r>
    </w:p>
    <w:p>
      <w:pPr>
        <w:pStyle w:val="Normal2"/>
      </w:pPr>
      <w:r>
        <w:tab/>
        <w:t xml:space="preserve">Цели исследования: Выявить физиологические процессы адаптации комнатных растений к условиям закрытого пространства, исследовать влияние освещения и влажности на их рост и развитие, а также установить взаимодействие с микроорганизмами и вредителями.Для достижения поставленных целей необходимо провести комплексное исследование, включающее как теоретические, так и практические аспекты. В первую очередь, следует рассмотреть основные физиологические процессы, такие как фотосинтез, дыхание и транспирация, и их изменения в условиях ограниченного пространства. </w:t>
      </w:r>
    </w:p>
    <w:p>
      <w:pPr>
        <w:pStyle w:val="Normal2"/>
      </w:pPr>
      <w:r>
        <w:t>Освещение играет ключевую роль в жизни растений, и его недостаток может привести к замедлению фотосинтетических процессов, что, в свою очередь, негативно сказывается на росте и развитии. Важно изучить, как различные спектры света влияют на физиологические реакции растений и какие источники света наиболее эффективны для их роста в закрытых помещениях.</w:t>
      </w:r>
    </w:p>
    <w:p>
      <w:pPr>
        <w:pStyle w:val="Normal2"/>
      </w:pPr>
      <w:r>
        <w:t>Влажность также является критически важным фактором. Недостаток влаги может привести к стрессу и даже гибели растений, в то время как избыток влаги может способствовать развитию грибковых заболеваний. Необходимо исследовать оптимальные уровни влажности для различных видов комнатных растений и их адаптацию к изменяющимся условиям.</w:t>
      </w:r>
    </w:p>
    <w:p>
      <w:pPr>
        <w:pStyle w:val="Normal2"/>
      </w:pPr>
      <w:r>
        <w:t>Кроме того, взаимодействие с микроорганизмами и вредителями представляет собой важный аспект, который следует учитывать. Некоторые микроорганизмы могут оказывать как положительное, так и отрицательное влияние на здоровье растений, способствуя как их росту, так и развитию заболеваний. Изучение этих взаимодействий поможет выявить методы, позволяющие минимизировать негативное воздействие вредителей и болезней.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основные физиологические процессы комнатных растений, такие как фотосинтез, дыхание и транспирация, а также их изменения в условиях закрытого пространства,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исследованию влияния различных уровней освещения и влажности на рост и развитие комнатных растений, выбрав соответствующие методологии и технологии, включая контрольные группы и параметры для измерения, а также проанализировав существующие данные о взаимодействии растений с микроорганизмами и вредителями.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видов растений, установку условий эксперимента, методы измерения физиологических показателей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определив эффективность различных условий освещения и влажности на рост и здоровье комнатных растений.5. Рассмотреть влияние различных спектров света на фотосинтетическую активность и общую продуктивность растений, включая использование LED-освещения и его преимущества по сравнению с традиционными источниками света. Важно проанализировать, какие длины волн наиболее эффективно способствуют процессам фотосинтеза и как они влияют на развитие растений в условиях ограниченного пространства.</w:t>
      </w:r>
    </w:p>
    <w:p>
      <w:pPr>
        <w:pStyle w:val="Normal2"/>
      </w:pPr>
      <w:r>
        <w:tab/>
        <w:t>Методы исследования: Анализ научных исследований и литературных источников по физиологическим процессам комнатных растений, включая фотосинтез, дыхание и транспирацию, с целью выявления изменений в условиях закрытого пространства.</w:t>
      </w:r>
    </w:p>
    <w:p>
      <w:pPr>
        <w:pStyle w:val="Normal2"/>
      </w:pPr>
      <w:r>
        <w:t>Экспериментальное исследование влияния различных уровней освещения и влажности на рост и развитие комнатных растений, включая организацию контрольных групп и выбор параметров для измерения.</w:t>
      </w:r>
    </w:p>
    <w:p>
      <w:pPr>
        <w:pStyle w:val="Normal2"/>
      </w:pPr>
      <w:r>
        <w:t>Моделирование условий эксперимента с учетом различных видов растений, установление оптимальных уровней освещения и влажности, а также разработка методов измерения физиологических показателей (например, фотосинтетической активности, уровня влажности почвы и роста растений).</w:t>
      </w:r>
    </w:p>
    <w:p>
      <w:pPr>
        <w:pStyle w:val="Normal2"/>
      </w:pPr>
      <w:r>
        <w:t>Сравнительный анализ полученных данных с теоретическими ожиданиями, а также оценка эффективности различных условий освещения и влажности на рост и здоровье комнатных растений.</w:t>
      </w:r>
    </w:p>
    <w:p>
      <w:pPr>
        <w:pStyle w:val="Normal2"/>
      </w:pPr>
      <w:r>
        <w:t>Экспериментальное изучение влияния различных спектров света на фотосинтетическую активность растений с использованием LED-освещения, включая измерение продуктивности и анализ длины волн, способствующих процессам фотосинтеза.Введение в тему курсовой работы позволит установить контекст и значимость исследования комнатных растений как объектов биологического эксперимента. Комнатные растения не только украшают наше пространство, но и играют важную роль в экосистеме, улучшая качество воздуха и создавая комфортную атмосферу. Однако их адаптация к условиям закрытых помещений требует глубокого понимания физиологических процессов и факторов, влияющих на их здоровье и развитие.</w:t>
      </w:r>
    </w:p>
    <w:p>
      <w:r>
        <w:br w:type="page"/>
      </w:r>
    </w:p>
    <w:p>
      <w:pPr>
        <w:pStyle w:val="T1"/>
      </w:pPr>
      <w:r>
        <w:t>1. Физиологические процессы комнатных растений</w:t>
      </w:r>
    </w:p>
    <w:p>
      <w:pPr>
        <w:pStyle w:val="Normal2"/>
      </w:pPr>
      <w:r>
        <w:t>Физиологические процессы в комнатных растениях представляют собой сложные и многогранные механизмы, обеспечивающие их жизнедеятельность и адаптацию к условиям окружающей среды. Эти процессы включают фотосинтез, дыхание, транспирацию, а также усвоение воды и питательных веществ. Каждый из этих процессов играет ключевую роль в поддержании здоровья растений и их способности к росту.Фотосинтез является одним из самых важных физиологических процессов, который позволяет растениям преобразовывать солнечную энергию в химическую, создавая органические вещества из углекислого газа и воды. Этот процесс происходит в хлоропластах, содержащих хлорофилл, который поглощает световые лучи. В результате фотосинтеза образуется глюкоза, которая служит источником энергии для роста и развития растения, а также кислород, который выделяется в атмосферу.</w:t>
      </w:r>
    </w:p>
    <w:p>
      <w:pPr>
        <w:pStyle w:val="T2"/>
      </w:pPr>
      <w:r>
        <w:t>1.1 Фотосинтез и его значение</w:t>
      </w:r>
    </w:p>
    <w:p>
      <w:pPr>
        <w:pStyle w:val="Normal2"/>
      </w:pPr>
      <w:r>
        <w:t xml:space="preserve">Фотосинтез является ключевым физиологическим процессом, обеспечивающим жизнедеятельность комнатных растений и играющим важную роль в экосистемах. Этот процесс позволяет растениям преобразовывать солнечную энергию в химическую, синтезируя органические вещества из углекислого газа и воды. В результате фотосинтеза образуется кислород, который необходим для дыхания большинства живых организмов. Эффективность фотосинтетического процесса зависит от различных факторов, включая интенсивность и спектр света, температуру, влажность и концентрацию углекислого газа в окружающей среде [1]. </w:t>
      </w:r>
    </w:p>
    <w:p>
      <w:pPr>
        <w:pStyle w:val="Normal2"/>
      </w:pPr>
      <w:r>
        <w:t xml:space="preserve">Исследования показывают, что условия освещения оказывают значительное влияние на фотосинтез комнатных растений. Например, недостаток света может привести к снижению фотосинтетической активности, что, в свою очередь, негативно сказывается на росте и развитии растений [3]. В то же время, оптимальные условия освещения способствуют увеличению продуктивности фотосинтеза, что делает комнатные растения более здоровыми и устойчивыми к болезням [2]. </w:t>
      </w:r>
    </w:p>
    <w:p>
      <w:pPr>
        <w:pStyle w:val="Normal2"/>
      </w:pPr>
      <w:r>
        <w:t>Фотосинтез также имеет значение в контексте биологической безопасности. Учитывая, что комнатные растения могут служить индикаторами экологического состояния, их фотосинтетическая активность может использоваться для оценки влияния различных факторов на окружающую среду [4]. Таким образом, понимание механизмов фотосинтеза и факторов, влияющих на этот процесс, является важным аспектом не только для ботаники, но и для экологии в целом.Фотосинтез не только обеспечивает растения необходимыми веществами, но и играет важную роль в поддержании баланса в экосистемах. Комнатные растения, будучи объектами биологического эксперимента, позволяют исследовать различные аспекты фотосинтетических процессов в контролируемых условиях. Это дает возможность изучать, как изменения в окружающей среде, такие как уровень освещения, температура и влажность, влияют на эффективность фотосинтеза.</w:t>
      </w:r>
    </w:p>
    <w:p>
      <w:pPr>
        <w:pStyle w:val="Normal2"/>
      </w:pPr>
      <w:r>
        <w:t xml:space="preserve">Кроме того, эксперименты с комнатными растениями могут помочь в разработке новых агрономических подходов, направленных на повышение урожайности и устойчивости растений к стрессовым условиям. Например, использование различных источников света, таких как светодиоды, может быть исследовано для оптимизации фотосинтетической активности и улучшения роста растений [2]. </w:t>
      </w:r>
    </w:p>
    <w:p>
      <w:pPr>
        <w:pStyle w:val="Normal2"/>
      </w:pPr>
      <w:r>
        <w:t>Важным аспектом является также влияние фотосинтеза на качество воздуха в помещениях. Комнатные растения способны поглощать углекислый газ и выделять кислород, что способствует улучшению микроклимата в жилых и рабочих пространствах. Это делает их не только эстетически привлекательными, но и полезными для здоровья человека.</w:t>
      </w:r>
    </w:p>
    <w:p>
      <w:pPr>
        <w:pStyle w:val="Normal2"/>
      </w:pPr>
      <w:r>
        <w:t>Таким образом, фотосинтез в комнатных растениях является многогранным процессом, который требует дальнейшего изучения. Исследования в этой области могут привести к новым открытиям, способствующим как улучшению условий для роста растений, так и повышению качества жизни людей, использующих эти растения в своих домах.Фотосинтез, как ключевой процесс для жизни растений, также имеет значительное влияние на окружающую среду. В условиях, когда городская среда становится все более загрязненной, комнатные растения могут выполнять роль естественных фильтров, очищая воздух от вредных веществ и улучшая его качество. Это делает их особенно ценными в условиях современных квартир и офисов, где уровень загрязнения может быть высоким.</w:t>
      </w:r>
    </w:p>
    <w:p>
      <w:pPr>
        <w:pStyle w:val="Normal2"/>
      </w:pPr>
      <w:r>
        <w:t>Кроме того, эксперименты с комнатными растениями позволяют изучать адаптацию растений к различным стрессовым факторам, таким как недостаток света или воды. Понимание этих механизмов может помочь в создании более устойчивых сортов, способных выживать в неблагоприятных условиях. Например, исследование влияния различных режимов полива на фотосинтетическую активность может дать новые данные о том, как оптимально управлять ресурсами в агрономии.</w:t>
      </w:r>
    </w:p>
    <w:p>
      <w:pPr>
        <w:pStyle w:val="Normal2"/>
      </w:pPr>
      <w:r>
        <w:t>Также стоит отметить, что комнатные растения могут служить отличным инструментом для образовательных целей. Они позволяют школьникам и студентам на практике изучать основы ботаники и физиологии растений, а также развивать навыки научного эксперимента. Наблюдая за ростом и развитием растений в домашних условиях, молодое поколение может лучше понять важность экологии и устойчивого развития.</w:t>
      </w:r>
    </w:p>
    <w:p>
      <w:pPr>
        <w:pStyle w:val="Normal2"/>
      </w:pPr>
      <w:r>
        <w:t>Таким образом, комнатные растения не только украшают наши дома, но и служат важными объектами для научных исследований, способствующих улучшению как агрономической практики, так и качества жизни людей. Исследование фотосинтеза в этих условиях открывает новые горизонты для науки и практики, подчеркивая важность растений в нашей жизни.Комнатные растения также играют важную роль в поддержании психологического благополучия человека. Исследования показывают, что наличие зелени в интерьере может снижать уровень стресса и повышать настроение. В условиях городской жизни, где люди часто сталкиваются с высокими темпами и шумом, растения становятся своего рода оазисом спокойствия. Они не только улучшают качество воздуха, но и создают уютную атмосферу, способствующую расслаблению и восстановлению сил.</w:t>
      </w:r>
    </w:p>
    <w:p>
      <w:pPr>
        <w:pStyle w:val="Normal2"/>
      </w:pPr>
      <w:r>
        <w:t>Кроме того, использование комнатных растений в интерьере может стать основой для изучения эстетических аспектов ботаники. Дизайнеры и архитекторы все чаще обращаются к растениям как к элементам декора, что открывает новые возможности для креативного самовыражения. В этом контексте исследования о том, как различные виды растений влияют на восприятие пространства, становятся актуальными и востребованными.</w:t>
      </w:r>
    </w:p>
    <w:p>
      <w:pPr>
        <w:pStyle w:val="Normal2"/>
      </w:pPr>
      <w:r>
        <w:t>С точки зрения науки, комнатные растения могут служить моделями для изучения более сложных экосистем. Понимание их взаимодействия с окружающей средой и другими организмами может дать ключ к решению проблем, связанных с изменением климата и утратой биоразнообразия. Эксперименты с комнатными растениями могут помочь выявить, как различные факторы, такие как температура, влажность и уровень освещения, влияют на фотосинтетическую активность и общую жизнедеятельность растений.</w:t>
      </w:r>
    </w:p>
    <w:p>
      <w:pPr>
        <w:pStyle w:val="Normal2"/>
      </w:pPr>
      <w:r>
        <w:t>Таким образом, комнатные растения представляют собой универсальные объекты для исследования, которые объединяют в себе как научные, так и практические аспекты. Их значение выходит за рамки простого украшения интерьера, подчеркивая важность растений в нашей жизни и их вклад в устойчивое развитие общества.Комнатные растения также могут служить важными индикаторами состояния окружающей среды. Их реакция на изменения условий, такие как уровень освещения, температура и влажность, может быть использована для мониторинга микроклимата в помещениях. Например, некоторые виды растений способны адаптироваться к низкому освещению, в то время как другие требуют яркого света для нормального роста. Это делает их полезными для разработки рекомендаций по оптимальному размещению растений в интерьере, что, в свою очередь, может способствовать их здоровому развитию и максимальной фотосинтетической активности.</w:t>
      </w:r>
    </w:p>
    <w:p>
      <w:pPr>
        <w:pStyle w:val="T3"/>
      </w:pPr>
      <w:r>
        <w:t>1.1.1 Процесс фотосинтеза</w:t>
      </w:r>
    </w:p>
    <w:p>
      <w:pPr>
        <w:pStyle w:val="Normal2"/>
      </w:pPr>
      <w:r>
        <w:t>Фотосинтез представляет собой сложный биохимический процесс, в ходе которого зеленые растения, водоросли и некоторые бактерии преобразуют солнечную энергию в химическую, синтезируя органические вещества из углекислого газа и воды. Этот процесс имеет решающее значение для жизни на Земле, так как является основным источником органического углерода и кислорода, необходимых для дыхания большинства живых организмов. В комнатных растениях фотосинтез происходит в хлоропластах, содержащих хлорофилл, который поглощает световые лучи и инициирует фотохимические реакции.Фотосинтез — это не только основа жизни на планете, но и ключевой элемент экосистемы, который поддерживает баланс между углекислым газом и кислородом в атмосфере. В процессе фотосинтеза растения используют солнечную энергию, чтобы преобразовать неорганические вещества в органические, что позволяет им расти и развиваться. Этот процесс также играет важную роль в круговороте веществ в природе, обеспечивая питание для различных уровней пищевой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Фотосинтез: механизмы и значение в экосистемах [Текст] / Н.Е.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Фотосинтез и его роль в жизни растений [Текст] // Вестник биологии и медицины. – 2022. – Т. 5, № 2. – С. 45-50.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условий освещения на фотосинтез комнатных растений [Текст] // Материалы международной конференции "Современные тенденции в ботанике".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23.02.2015 № 24-ФЗ "О биологической безопасности" [Электронный ресурс] // Официальный интернет-портал правовой информации. URL: http://pravo.gov.ru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5. Иванов С.П. Дыхание растений: физиология и экология [Текст] / С.П. Иванов. – М: Издательство МГУ,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Т.Е. Транспирация как фактор адаптации растений к окружающей среде [Текст] // Научный журнал "Экология и жизнь".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7. Коваленко А.И. Влияние температуры и влажности на дыхание комнатных растений [Текст] // Материалы Всероссийской конференции по ботанике. – Екатеринбург, 2023. – С. 78-81.</w:t>
      </w:r>
    </w:p>
    <w:p>
      <w:pPr>
        <w:pStyle w:val="Normal2"/>
        <w:spacing w:after="120"/>
        <w:ind w:firstLine="0" w:left="709"/>
        <w:jc w:val="both"/>
      </w:pPr>
      <w:r>
        <w:t>8. Громов В.Л. Транспирация и ее значение для физиологии растений [Электронный ресурс] // Ботанический портал: сведения, относящиеся к заглавию / В.Л. Громов. URL: https://botanika.ru/articles/transpiration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9. Михайлов А.В. Оптимизация условий освещения для комнатных растений [Текст] / А.В. Михайлов.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10. Лебедев И.Ю. Влияние спектра света на фотосинтетическую активность комнатных растений [Текст] // Журнал "Фотобиология". – 2023. – Т. 15, № 3. – С. 34-39.</w:t>
      </w:r>
    </w:p>
    <w:p>
      <w:pPr>
        <w:pStyle w:val="Normal2"/>
        <w:spacing w:after="120"/>
        <w:ind w:firstLine="0" w:left="709"/>
        <w:jc w:val="both"/>
      </w:pPr>
      <w:r>
        <w:t>11. Тихомиров В.Н. Эффекты различных уровней освещения на рост и развитие комнатных растений [Текст] // Материалы международной конференции "Актуальные проблемы ботаники". – Москва, 2023. – С. 90-93.</w:t>
      </w:r>
    </w:p>
    <w:p>
      <w:pPr>
        <w:pStyle w:val="Normal2"/>
        <w:spacing w:after="120"/>
        <w:ind w:firstLine="0" w:left="709"/>
        <w:jc w:val="both"/>
      </w:pPr>
      <w:r>
        <w:t>12. Белов П.Ф. Физиология растений: учебное пособие [Текст] / П.Ф. Белов. – М: Издательство РГТУ, 2021. – 400 с.</w:t>
      </w:r>
    </w:p>
    <w:p>
      <w:pPr>
        <w:pStyle w:val="Normal2"/>
        <w:spacing w:after="120"/>
        <w:ind w:firstLine="0" w:left="709"/>
        <w:jc w:val="both"/>
      </w:pPr>
      <w:r>
        <w:t>13. Кузьмина А.Н. Влияние различных источников света на фотосинтез комнатных растений [Текст] // Вестник агрономии. – 2023. – Т. 10, № 4.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