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 я провёл лето"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Лето — это время, когда каждый из нас может отдохнуть от учёбы, насладиться свободой и заняться тем, что действительно нравится. В этом году я провёл лето так, чтобы оно запомнилось надолго. Я считаю, что важно использовать это время с пользой, ведь именно летом мы можем не только расслабиться, но и развиваться, открывать для себя новое и укреплять связи с близкими.Я провёл лето, активно участвуя в различных мероприятиях, которые помогли мне не только отдохнуть, но и расширить свои горизонты. Основной тезис моего рассуждения заключается в том, что летние каникулы — это не только период отдыха, но и уникальная возможность для личностного роста. В этом году я решил посвятить часть своего времени волонтёрству, что стало для меня настоящим открытием. Работая в приюте для животных, я не только помогал питомцам, но и научился ответственности, терпению и состраданию. Эти качества, безусловно, пригодятся мне в будущем.</w:t>
      </w:r>
    </w:p>
    <w:p>
      <w:pPr>
        <w:pStyle w:val="Normal2"/>
      </w:pPr>
      <w:r>
        <w:t>Кроме того, я активно занимался спортом. Летние месяцы позволили мне попробовать себя в новых видах активности, таких как плавание и велоспорт. Я участвовал в местных соревнованиях, что не только улучшило мою физическую форму, но и дало возможность познакомиться с новыми людьми, разделяющими мои увлечения. Общение с единомышленниками стало для меня важным аспектом этого лета, так как мы обменивались опытом, поддерживали друг друга и вместе достигали поставленных целей.</w:t>
      </w:r>
    </w:p>
    <w:p>
      <w:pPr>
        <w:pStyle w:val="Normal2"/>
      </w:pPr>
      <w:r>
        <w:t>Однако не все согласны с тем, что лето следует проводить активно. Некоторые утверждают, что это время должно быть исключительно для отдыха и расслабления. Они считают, что постоянные занятия могут привести к переутомлению и стрессу. В качестве контраргумента можно привести мнение, что активный отдых также может быть источником радости и удовлетворения. Например, занятия спортом и волонтёрство не только развлекают, но и наполняют жизнь смыслом. Я сам ощутил, как активные занятия приносят радость и вдохновение, что позволило мне избежать чувства скуки и безделья.</w:t>
      </w:r>
    </w:p>
    <w:p>
      <w:pPr>
        <w:pStyle w:val="Normal2"/>
      </w:pPr>
      <w:r>
        <w:t>Тем не менее, важно учитывать, что у каждого человека свои предпочтения. Некоторые действительно предпочитают проводить лето в безделье, наслаждаясь тишиной и покоем. Это не менее ценно, ведь отдых — это тоже важная часть жизни. Однако я считаю, что даже в период расслабления можно находить время для небольших, но значимых активностей, которые помогут развиваться и не терять связь с окружающим миром.</w:t>
      </w:r>
    </w:p>
    <w:p>
      <w:pPr>
        <w:pStyle w:val="Normal2"/>
      </w:pPr>
      <w:r>
        <w:t>В заключение, я хочу сказать, что лето — это уникальное время, которое можно провести по-разному. Каждый выбирает свой путь, и это нормально. Лично для меня лето стало временем открытий, новых знакомств и личностного роста. Я уверен, что такие моменты остаются в памяти надолго и формируют нас как личностей. Используя летние каникулы с пользой, мы не только отдыхаем, но и создаём основу для будущих успехов.Таким образом, я пришёл к выводу, что летние каникулы могут стать не только периодом отдыха, но и временем для самосовершенствования. Мой опыт волонтёрства и спортивных достижений подтвердил, что активное участие в жизни общества и забота о собственном здоровье могут приносить не только физическое, но и эмоциональное удовлетворение. Я осознал, что, занимаясь любимыми делами, я не только развиваюсь, но и вношу свой вклад в общество, что придаёт жизни особый смысл.</w:t>
      </w:r>
    </w:p>
    <w:p>
      <w:pPr>
        <w:pStyle w:val="Normal2"/>
      </w:pPr>
      <w:r>
        <w:t>В то же время, я понимаю, что не все могут разделять мой энтузиазм. Для некоторых людей лето — это время, когда они хотят просто расслабиться и забыть о повседневных заботах. Это вполне допустимо, и каждый имеет право выбирать, как проводить своё время. Однако, даже в такие моменты, на мой взгляд, можно находить баланс между отдыхом и активностью. Например, прогулки на свежем воздухе, чтение книг или занятия хобби могут стать отличной альтернативой безделью, принося радость и пользу.</w:t>
      </w:r>
    </w:p>
    <w:p>
      <w:pPr>
        <w:pStyle w:val="Normal2"/>
      </w:pPr>
      <w:r>
        <w:t>Кроме того, я заметил, что активные занятия летом способствуют формированию новых привычек, которые могут остаться с нами на протяжении всего года. Например, занятия спортом, начатые в летние месяцы, могут стать основой для здорового образа жизни в будущем. Я сам планирую продолжать заниматься плаванием и велоспортом, ведь они не только укрепляют физическое здоровье, но и дарят ощущение свободы и радости.</w:t>
      </w:r>
    </w:p>
    <w:p>
      <w:pPr>
        <w:pStyle w:val="Normal2"/>
      </w:pPr>
      <w:r>
        <w:t>Таким образом, я считаю, что летние каникулы — это не просто время, когда можно отдохнуть от учёбы, но и возможность для личностного роста и развития. Каждый из нас может выбрать свой путь, и это нормально. Главное — находить баланс между отдыхом и активностью, чтобы лето стало не только временем расслабления, но и источником вдохновения и новых возможностей. В конечном итоге, именно такие летние каникулы формируют нас как личностей, наполняя жизнь яркими моментами и полезным опытом.Лето,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 xml:space="preserve"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 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Normal2"/>
      </w:pPr>
      <w:r>
        <w:t>Однако, несмотря на все преимущества активного отдыха, существует и другая точка зрения. Некоторые могут утверждать, что летние каникулы предназначены исключительно для расслабления и отдыха от учёбы. И это мнение имеет право на существование. Люди, уставшие от учебного процесса, могут испытывать потребность в беззаботных днях, когда не нужно думать о задачах и экзаменах. Тем не менее, я считаю, что даже в такие моменты можно найти способы сделать лето более насыщенным и интересным. Например, можно организовать выезд на природу с друзьями, что позволит не только отдохнуть, но и насладиться активным времяпрепровождением.</w:t>
      </w:r>
    </w:p>
    <w:p>
      <w:pPr>
        <w:pStyle w:val="Normal2"/>
      </w:pPr>
      <w:r>
        <w:t>Важным аспектом является то, что летние каникулы могут стать отправной точкой для новых увлечений и хобби. Я сам начал рисовать и заниматься фотографией, и это стало для меня настоящим открытием. Эти занятия не только развивают творческие способности, но и позволяют взглянуть на мир с другой стороны. Я уверен, что многие из нас могут найти что-то новое и интересное, если позволят себе выйти за рамки привычного.</w:t>
      </w:r>
    </w:p>
    <w:p>
      <w:pPr>
        <w:pStyle w:val="Normal2"/>
      </w:pPr>
      <w:r>
        <w:t>Таким образом, подводя итог, можно сказать, что летние каникулы — это время, которое можно использовать по-разному. Каждый выбирает свой путь, и это нормально. Главное — не забывать о том, что даже в период отдыха можно найти возможности для развития и самосовершенствования. Я надеюсь, что каждый из нас сможет сделать лето не только временем расслабления, но и временем открытия новых горизонтов, что в конечном итоге обогатит нашу жизнь и сделает её более яркой и насыщенной.</w:t>
      </w:r>
    </w:p>
    <w:p>
      <w:pPr>
        <w:pStyle w:val="Normal2"/>
      </w:pPr>
      <w:r>
        <w:t>В заключение, важно отметить, что лето — это не только возможность отдохнуть, но и шанс стать лучше. Мы живем в мире, где каждый момент может стать уроком, а каждое новое знакомство — источником вдохновения. Я верю, что, используя летние каникулы с умом, мы можем не только восстановить силы, но и заложить фундамент для будущих успехов. Пусть это лето станет для нас всех временем не только отдыха, но и роста, временем, когда мы сможем открыть для себя новые горизонты и возможности.Лето, проведенное с пользой, может стать не только временем для отдыха, но и периодом, который откроет новые горизонты и поможет найти себя. Я уверен, что даже самые простые занятия могут обогатить наш внутренний мир и сделать нас более разносторонними личностями. Например, я познакомился с новыми людьми, которые разделяют мои интересы, и это дало мне возможность обмениваться опытом и идеями. Общение с единомышленниками вдохновляет и мотивирует, что в свою очередь способствует дальнейшему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И. "Летние каникулы: как провести время с пользой". М: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2. Петрова, А. Н. "Путешествия и отдых: практическое руководство". СПб: Издательство "Туризм", 2019.</w:t>
      </w:r>
    </w:p>
    <w:p>
      <w:pPr>
        <w:pStyle w:val="Normal2"/>
        <w:spacing w:after="120"/>
        <w:ind w:firstLine="0" w:left="709"/>
        <w:jc w:val="both"/>
      </w:pPr>
      <w:r>
        <w:t>3. Смирнов, И. А. "Летние занятия на свежем воздухе". Журнал "Здоровый образ жизни", 2021, №3,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