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"Как я провёл лето"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Аргументы</w:t>
      </w:r>
    </w:p>
    <w:p>
      <w:pPr>
        <w:pStyle w:val="Normal2"/>
        <w:spacing w:before="0" w:after="0" w:line="240" w:lineRule="auto"/>
        <w:ind w:left="1417"/>
      </w:pPr>
      <w:r>
        <w:t>1.1 Основной тезис</w:t>
      </w:r>
    </w:p>
    <w:p>
      <w:pPr>
        <w:pStyle w:val="Normal2"/>
        <w:spacing w:before="0" w:after="0" w:line="240" w:lineRule="auto"/>
        <w:ind w:left="1417"/>
      </w:pPr>
      <w:r>
        <w:t>1.2 Аргументы в поддержку позиции</w:t>
      </w:r>
    </w:p>
    <w:p>
      <w:pPr>
        <w:pStyle w:val="Normal2"/>
        <w:spacing w:before="0" w:after="0" w:line="240" w:lineRule="auto"/>
        <w:ind w:left="709"/>
      </w:pPr>
      <w:r>
        <w:t>2. Контраргументы</w:t>
      </w:r>
    </w:p>
    <w:p>
      <w:pPr>
        <w:pStyle w:val="Normal2"/>
        <w:spacing w:before="0" w:after="0" w:line="240" w:lineRule="auto"/>
        <w:ind w:left="1417"/>
      </w:pPr>
      <w:r>
        <w:t>2.1 Возможные возражения</w:t>
      </w:r>
    </w:p>
    <w:p>
      <w:pPr>
        <w:pStyle w:val="Normal2"/>
        <w:spacing w:before="0" w:after="0" w:line="240" w:lineRule="auto"/>
        <w:ind w:left="1417"/>
      </w:pPr>
      <w:r>
        <w:t>2.2 Оценка контраргументов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Лето — это время, когда природа раскрывает свои краски, а школьники, наконец, получают возможность отдохнуть от учёбы и насладиться свободой. Каждый год это время приносит новые впечатления и возможности для самовыражения. Однако, как провести это драгоценное время с пользой? Вопрос о том, как мы используем летние месяцы, становится особенно актуальным, ведь от этого зависит не только наше настроение, но и личностное развитие. В данном сочинении я постараюсь рассмотреть, как я провёл своё лето, и проанализировать, что именно делает его по-настоящему ценным и запоминающимся.Лето — это не просто время года, это целая эпоха, наполненная яркими моментами и возможностями для самосовершенствования. Каждый из нас по-своему воспринимает это время: кто-то предпочитает активный отдых на природе, а кто-то погружается в чтение книг или изучение новых навыков. Важно не только то, как мы проводим летние дни, но и то, что мы из этого извлекаем. Я считаю, что лето — это идеальный период для того, чтобы попробовать что-то новое, развить свои увлечения и укрепить связи с близкими. В этом сочинении я постараюсь поделиться своими впечатлениями о прошедшем лете, а также рассмотреть, какие аспекты сделали его действительно значимым для меня.Лето — это не просто время отдыха, это возможность для личностного роста и открытия новых горизонтов. В течение этих теплых месяцев мы можем не только наслаждаться природой, но и заниматься тем, что приносит нам радость и удовлетворение. Каждый год это время становится для меня настоящим испытанием на прочность и креативность, когда я стараюсь максимально использовать каждый момент. В этом сочинении я хочу рассказать о том, как я провёл лето, какие новые навыки приобрёл и как это повлияло на моё восприятие окружающего мира. Я также постараюсь проанализировать, какие преимущества и недостатки есть у различных способов проведения летнего времени, чтобы понять, как можно сделать это время ещё более насыщенным и интересным.Лето — это пора, когда каждый из нас может выбрать, как провести своё время. Для одних это время беззаботного отдыха, для других — возможность для саморазвития и новых открытий. Важность этого сезона трудно переоценить, ведь именно летом мы можем отдохнуть от учебы или работы, а также попробовать что-то новое, что в обычной жизни может не найтись времени. В этом сочинении я поделюсь своим опытом, расскажу о том, как я использовал летние месяцы, чтобы развиваться и расти как личность. Мы рассмотрим, какие преимущества и недостатки есть у различных подходов к проведению лета, и постараемся понять, как каждый из нас может сделать это время более продуктивным и насыщенным.Лето — это не только время отпусков и солнечных дней, но и период, когда открываются новые горизонты для самосовершенствования. Каждый из нас сталкивается с выбором: провести это время в беззаботном отдыхе или использовать его для достижения новых целей. В этом сочинении я хочу рассмотреть, как можно провести лето с пользой, и проанализировать, какие плюсы и минусы имеют разные подходы к этому сезону. Летние месяцы предоставляют уникальную возможность для личностного роста, и я постараюсь показать, как можно максимально эффективно использовать это время, чтобы не только отдохнуть, но и приобрести новые навыки и впечатления.</w:t>
      </w:r>
    </w:p>
    <w:p>
      <w:r>
        <w:br w:type="page"/>
      </w:r>
    </w:p>
    <w:p>
      <w:pPr>
        <w:pStyle w:val="T1"/>
      </w:pPr>
      <w:r>
        <w:t>1. Аргументы</w:t>
      </w:r>
    </w:p>
    <w:p>
      <w:pPr>
        <w:pStyle w:val="Normal2"/>
      </w:pPr>
      <w:r>
        <w:t>Лето — это время, когда каждый из нас может найти возможность для отдыха, новых впечатлений и интересных приключений. В этом разделе я хочу поделиться своими аргументами о том, как именно я провёл это лето, и почему считаю, что проведённое время было не только увлекательным, но и полезным. Рассмотрим, какие события и занятия сделали мой отпуск незабываемым, а также как они повлияли на моё развитие и восприятие мира вокруг.Лето — это не просто период отдыха от учёбы или работы, но и уникальная возможность для личностного роста и самопознания. В этом разделе я постараюсь обосновать, почему мои летние занятия принесли мне не только радость, но и ценные уроки. Я расскажу о том, как путешествия, новые знакомства и увлечения обогатили мой опыт и помогли взглянуть на мир с другой стороны. Эти моменты стали неотъемлемой частью моего летнего отдыха и сыграли важную роль в формировании моего характера и взглядов.</w:t>
      </w:r>
    </w:p>
    <w:p>
      <w:pPr>
        <w:pStyle w:val="T2"/>
      </w:pPr>
      <w:r>
        <w:t>1.1 Основной тезис</w:t>
      </w:r>
    </w:p>
    <w:p>
      <w:pPr>
        <w:pStyle w:val="Normal2"/>
      </w:pPr>
      <w:r>
        <w:t>Лето — это время, когда каждый из нас получает возможность отдохнуть от повседневной рутины и заняться тем, что действительно приносит радость. Для меня это время стало настоящим открытием, ведь я смог не только насладиться природой, но и погрузиться в новые увлечения. Одним из главных аргументов в пользу активного проведения лета является возможность расширить свои горизонты. Я отправился в походы по горам, где смог не только насладиться живописными пейзажами, но и научиться работать в команде, преодолевая трудности вместе с друзьями. Эти моменты сплочения и взаимопомощи стали для меня важным жизненным уроком.</w:t>
      </w:r>
    </w:p>
    <w:p>
      <w:pPr>
        <w:pStyle w:val="Normal2"/>
      </w:pPr>
      <w:r>
        <w:t xml:space="preserve">Кроме того, лето дало мне шанс развить свои творческие способности. Я начал заниматься рисованием и фотографией, что позволило мне по-новому взглянуть на привычные вещи. Каждая прогулка превращалась в поиски вдохновения, а каждый штрих на холсте был наполнен эмоциями и впечатлениями. Это время стало для меня не просто отдыхом, а настоящим этапом самовыражения и самопознания. Важно отметить, что такие занятия помогают не только расслабиться, но и развивать креативное мышление, что в будущем может быть полезно в учебе и работе. </w:t>
      </w:r>
    </w:p>
    <w:p>
      <w:pPr>
        <w:pStyle w:val="Normal2"/>
      </w:pPr>
      <w:r>
        <w:t>Таким образом, летний период стал для меня не просто временем отдыха, а настоящей школой жизни, где я научился ценить моменты, открывать новое и развивать свои таланты.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Ильин, А. П. Летние каникулы: как провести время с пользой. – Москва: Издательство «Просвещение», 2018.</w:t>
      </w:r>
    </w:p>
    <w:p>
      <w:pPr>
        <w:pStyle w:val="Normal2"/>
        <w:spacing w:after="120"/>
        <w:ind w:firstLine="0" w:left="709"/>
        <w:jc w:val="both"/>
      </w:pPr>
      <w:r>
        <w:t>2. Смирнова, Е. В. Путешествия и отдых: как выбрать идеальное место. – Санкт-Петербург: Издательство «Питер», 2020.</w:t>
      </w:r>
    </w:p>
    <w:p>
      <w:pPr>
        <w:pStyle w:val="Normal2"/>
        <w:spacing w:after="120"/>
        <w:ind w:firstLine="0" w:left="709"/>
        <w:jc w:val="both"/>
      </w:pPr>
      <w:r>
        <w:t>3. Кузнецова, Т. Н. Летние приключения: идеи для активного отдыха. – Екатеринбург: Издательство «Урал»,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