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"Всемирный круговорот воды в природе"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круговорота воды в природе</w:t>
      </w:r>
    </w:p>
    <w:p>
      <w:pPr>
        <w:pStyle w:val="Normal2"/>
        <w:spacing w:before="0" w:after="0" w:line="240" w:lineRule="auto"/>
        <w:ind w:left="1417"/>
      </w:pPr>
      <w:r>
        <w:t>1.1 Ключевые этапы круговорота воды</w:t>
      </w:r>
    </w:p>
    <w:p>
      <w:pPr>
        <w:pStyle w:val="Normal2"/>
        <w:spacing w:before="0" w:after="0" w:line="240" w:lineRule="auto"/>
        <w:ind w:left="1417"/>
      </w:pPr>
      <w:r>
        <w:t>1.2 Влияние круговорота воды на экосистемы</w:t>
      </w:r>
    </w:p>
    <w:p>
      <w:pPr>
        <w:pStyle w:val="Normal2"/>
        <w:spacing w:before="0" w:after="0" w:line="240" w:lineRule="auto"/>
        <w:ind w:left="1417"/>
      </w:pPr>
      <w:r>
        <w:t>1.3 Климатические условия и водные ресурсы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этапов круговорота воды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исследования</w:t>
      </w:r>
    </w:p>
    <w:p>
      <w:pPr>
        <w:pStyle w:val="Normal2"/>
        <w:spacing w:before="0" w:after="0" w:line="240" w:lineRule="auto"/>
        <w:ind w:left="1417"/>
      </w:pPr>
      <w:r>
        <w:t>2.3 Наблюдение процессов испарения и конденсации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Влияние на понимание круговорота воды</w:t>
      </w:r>
    </w:p>
    <w:p>
      <w:pPr>
        <w:pStyle w:val="Normal2"/>
        <w:spacing w:before="0" w:after="0" w:line="240" w:lineRule="auto"/>
        <w:ind w:left="1417"/>
      </w:pPr>
      <w:r>
        <w:t>3.3 Заключение о значимости круговорота 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"Всемирный круговорот воды в природе" обусловлена несколькими ключевыми факторами, которые подчеркивают важность понимания и изучения данного процесса в контексте современных экологических и климатических изменений.</w:t>
      </w:r>
    </w:p>
    <w:p>
      <w:pPr>
        <w:pStyle w:val="Normal2"/>
      </w:pPr>
      <w:r>
        <w:t>Всемирный круговорот воды в природе представляет собой естественный процесс перемещения воды в различных состояниях (жидком, газообразном и твердом) между атмосферой, земной поверхностью и подземными водами. Этот процесс включает в себя такие явления, как испарение, конденсация, осадки, инфильтрация и сток, которые обеспечивают постоянное обновление запасов пресной воды на планете. Круговорот воды играет ключевую роль в поддержании экосистем, климатических условий и водных ресурсов, влияя на сельское хозяйство, промышленность и повседневную жизнь человека. Исследование этого явления охватывает различные дисциплины, включая гидрологию, метеорологию и экосистемные науки.Важным аспектом круговорота воды является его цикличность и взаимосвязанность всех процессов. Вода, испаряясь из океанов, рек и озер, поднимается в атмосферу, где охлаждается и конденсируется в облака. Этот процесс приводит к образованию осадков, которые могут выпадать в виде дождя, снега или града. Осадки, в свою очередь, возвращают воду на поверхность Земли, где она может поступать в реки, озера или поглощаться почвой.</w:t>
      </w:r>
    </w:p>
    <w:p>
      <w:pPr>
        <w:pStyle w:val="Normal2"/>
      </w:pPr>
      <w:r>
        <w:t>Выявить ключевые этапы и процессы всемирного круговорота воды в природе, а также их влияние на экосистемы, климатические условия и водные ресурсы.Введение в тему круговорота воды в природе позволяет понять его значение для жизни на Земле. Вода, как универсальный растворитель, участвует в множестве биохимических процессов, необходимых для существования живых организмов. Круговорот воды включает в себя несколько ключевых этапов, каждый из которых играет важную роль в поддержании баланса экосистем.</w:t>
      </w:r>
    </w:p>
    <w:p>
      <w:pPr>
        <w:pStyle w:val="Normal2"/>
      </w:pPr>
      <w:r>
        <w:t>Изучение теоретических основ всемирного круговорота воды, включая ключевые этапы и процессы, а также их влияние на экосистемы и климатические условия.</w:t>
      </w:r>
    </w:p>
    <w:p>
      <w:pPr>
        <w:pStyle w:val="Normal2"/>
      </w:pPr>
      <w:r>
        <w:t>Организация и планирование экспериментов для изучения различных этапов круговорота воды, включая выбор методологии, технологий и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направленных на наблюдение и анализ процессов испарения, конденсации и осадков, а также их влияния на экосистемы и водные ресурсы.</w:t>
      </w:r>
    </w:p>
    <w:p>
      <w:pPr>
        <w:pStyle w:val="Normal2"/>
      </w:pPr>
      <w:r>
        <w:t>Оценка полученных результатов экспериментов и их влияние на понимание круговорота воды в природе, а также на экосистемы и климатические условия.Заключение реферата: В результате проведенного исследования мы можем сделать вывод о том, что всемирный круговорот воды представляет собой сложную и динамичную систему, которая поддерживает жизнь на планете. Каждый этап этого процесса — от испарения и конденсации до осадков и стока — имеет свои уникальные характеристики и значимость.</w:t>
      </w:r>
    </w:p>
    <w:p>
      <w:r>
        <w:br w:type="page"/>
      </w:r>
    </w:p>
    <w:p>
      <w:pPr>
        <w:pStyle w:val="T1"/>
      </w:pPr>
      <w:r>
        <w:t>1. Теоретические основы круговорота воды в природе</w:t>
      </w:r>
    </w:p>
    <w:p>
      <w:pPr>
        <w:pStyle w:val="Normal2"/>
      </w:pPr>
      <w:r>
        <w:t>Круговорот воды в природе представляет собой сложный и динамичный процесс, который обеспечивает постоянное движение воды между различными компонентами экосистемы. Этот процесс включает в себя несколько ключевых этапов, таких как испарение, конденсация, осадки и сток, каждый из которых играет важную роль в поддержании баланса водных ресурсов на планете.</w:t>
      </w:r>
    </w:p>
    <w:p>
      <w:pPr>
        <w:pStyle w:val="T2"/>
      </w:pPr>
      <w:r>
        <w:t>1.1 Ключевые этапы круговорота воды</w:t>
      </w:r>
    </w:p>
    <w:p>
      <w:pPr>
        <w:pStyle w:val="Normal2"/>
      </w:pPr>
      <w:r>
        <w:t>Круговорот воды в природе представляет собой сложный и многогранный процесс, который включает несколько ключевых этапов, играющих важную роль в поддержании экосистем и климатических условий на планете. Начинается этот процесс с испарения воды из поверхностей океанов, рек и озёр, где солнечное тепло способствует превращению жидкости в водяные пары. Этот этап, известный как испарение, является основным источником влаги в атмосфере и определяет уровень осадков в различных регионах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А.Е. Круговорот воды в природе: основные этапы и их значение [Электронный ресурс] // Научный журнал "Экология и жизнь" : сведения, относящиеся к заглавию / Сидоренко А.Е. URL : http://www.ecologyandlife.ru/articles/2023/03/10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П.В. Влияние климатических изменений на круговорот воды в природе [Электронный ресурс] // Международная конференция по экологии и устойчивому развитию : сборник статей / Иванов П.В. URL : http://www.ecosustainabilityconf.ru/proceedings/2024/05/15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А.Е. Влияние круговорота воды на экосистемы и климатические изменения [Электронный ресурс] // Научный журнал "Экология и жизнь" : сведения, относящиеся к заглавию / Кузнецов А.Е. URL : http://www.ecologyandlife.ru/articles/2023/impact_of_water_cycle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J.A. The Role of the Water Cycle in Ecosystem Dynamics [Электронный ресурс] // Journal of Environmental Science : сведения, относящиеся к заглавию / Smith J.A. URL : http://www.journalofenvironmentalscience.com/articles/2023/water_cycle_ecosystems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Влияние климатических условий на распределение водных ресурсов в различных экосистемах [Электронный ресурс] // Научный журнал экологии : сведения, относящиеся к заглавию / Иванов И.И. URL : http://www.ecologyjournal.ru/article/2025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Impact of Climate Change on Water Resources: A Global Perspective [Электронный ресурс] // Journal of Environmental Science : сведения, относящиеся к заглавию / Smith J. URL : http://www.journalofenvironmentalscience.com/article/2025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Н.В. Организация и проведение экспериментов по изучению круговорота воды в природе [Электронный ресурс] // Научный журнал "Гидрология и экология" : сведения, относящиеся к заглавию / Петрова Н.В. URL : http://www.hydrologyandecology.ru/articles/2024/experiment_water_cycle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R.M. Experimental Approaches to Understanding the Water Cycle [Электронный ресурс] // Environmental Research Letters : сведения, относящиеся к заглавию / Johnson R.M. URL : http://www.environmentalresearchletters.com/articles/2024/water_cycle_experiments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Н.Л. Методология исследования круговорота воды в природе: современные подходы и технологии [Электронный ресурс] // Научный журнал "Гидрология и экология" : сведения, относящиеся к заглавию / Петрова Н.Л. URL : http://www.hydrologyandecology.ru/articles/2024/methodology_water_cycle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R.T. Advanced Techniques in Water Cycle Research: A Methodological Review [Электронный ресурс] // Environmental Research Letters : сведения, относящиеся к заглавию / Johnson R.T. URL : http://www.environmentalresearchletters.com/articles/2023/advanced_techniques_water_cycle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Л.М. Процессы испарения и конденсации в круговороте воды [Электронный ресурс] // Научный журнал "Гидрология и экология" : сведения, относящиеся к заглавию / Петрова Л.М. URL : http://www.hydrologyandecology.ru/articles/2024/evaporation_condensation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R.T. Evaporation and Condensation Processes in the Water Cycle: A Comprehensive Review [Электронный ресурс] // International Journal of Water Resources : сведения, относящиеся к заглавию / Johnson R.T. URL : http://www.ijwrjournal.com/articles/2024/evaporation_condensation_review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Соловьёв А.В. Оценка экспериментальных данных по круговороту воды в экосистемах [Электронный ресурс] // Научный журнал "Экология и окружающая среда" : сведения, относящиеся к заглавию / Соловьёв А.В. URL : http://www.ecologyandenvironment.ru/articles/2024/water_cycle_assessment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T.L. Experimental Methods for Analyzing Water Cycle Dynamics [Электронный ресурс] // Journal of Hydrology : сведения, относящиеся к заглавию / Brown T.L. URL : http://www.journalofhydrology.com/articles/2024/experimental_methods_water_cycle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Т.И. Влияние антропогенной деятельности на круговорот воды в природе [Электронный ресурс] // Научный журнал "Экология и природа" : сведения, относящиеся к заглавию / Сидорова Т.И. URL : http://www.ecologyandnature.ru/articles/2023/anthropogenic_impact_water_cycle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L. The Interconnectedness of the Water Cycle and Climate Change [Электронный ресурс] // Environmental Science &amp; Policy : сведения, относящиеся к заглавию / Brown L. URL : http://www.environmentalsciencepolicy.com/articles/2024/interconnectedness_water_cycle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Смирнов А.В. Значение круговорота воды для поддержания устойчивости экосистем [Электронный ресурс] // Научный журнал "Экология и жизнь" : сведения, относящиеся к заглавию / Смирнов А.В. URL : http://www.ecologyandlife.ru/articles/2024/water_cycle_ecosystem_stability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T.L. The Importance of the Water Cycle in Climate Regulation [Электронный ресурс] // Journal of Climate Science : сведения, относящиеся к заглавию / Brown T.L. URL : http://www.journalofclimatescience.com/articles/2023/water_cycle_climate_regulation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