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пищевой промышленности"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Производственный этап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1.1 Методы сельскохозяйственного производства</w:t>
      </w:r>
    </w:p>
    <w:p>
      <w:pPr>
        <w:pStyle w:val="Normal2"/>
        <w:spacing w:before="0" w:after="0" w:line="240" w:lineRule="auto"/>
        <w:ind w:left="2126"/>
      </w:pPr>
      <w:r>
        <w:t>1.1.1 Современные технологии и инновации</w:t>
      </w:r>
    </w:p>
    <w:p>
      <w:pPr>
        <w:pStyle w:val="Normal2"/>
        <w:spacing w:before="0" w:after="0" w:line="240" w:lineRule="auto"/>
        <w:ind w:left="2126"/>
      </w:pPr>
      <w:r>
        <w:t>1.1.2 Роль аграрной политики</w:t>
      </w:r>
    </w:p>
    <w:p>
      <w:pPr>
        <w:pStyle w:val="Normal2"/>
        <w:spacing w:before="0" w:after="0" w:line="240" w:lineRule="auto"/>
        <w:ind w:left="1417"/>
      </w:pPr>
      <w:r>
        <w:t>1.2 Устойчивое развитие сельского хозяйства</w:t>
      </w:r>
    </w:p>
    <w:p>
      <w:pPr>
        <w:pStyle w:val="Normal2"/>
        <w:spacing w:before="0" w:after="0" w:line="240" w:lineRule="auto"/>
        <w:ind w:left="709"/>
      </w:pPr>
      <w:r>
        <w:t>2. Процесс переработки продуктов питания</w:t>
      </w:r>
    </w:p>
    <w:p>
      <w:pPr>
        <w:pStyle w:val="Normal2"/>
        <w:spacing w:before="0" w:after="0" w:line="240" w:lineRule="auto"/>
        <w:ind w:left="1417"/>
      </w:pPr>
      <w:r>
        <w:t>2.1 Технологии переработки</w:t>
      </w:r>
    </w:p>
    <w:p>
      <w:pPr>
        <w:pStyle w:val="Normal2"/>
        <w:spacing w:before="0" w:after="0" w:line="240" w:lineRule="auto"/>
        <w:ind w:left="2126"/>
      </w:pPr>
      <w:r>
        <w:t>2.1.1 Сохранение питательных веществ</w:t>
      </w:r>
    </w:p>
    <w:p>
      <w:pPr>
        <w:pStyle w:val="Normal2"/>
        <w:spacing w:before="0" w:after="0" w:line="240" w:lineRule="auto"/>
        <w:ind w:left="2126"/>
      </w:pPr>
      <w:r>
        <w:t>2.1.2 Стандарты качества и безопасность</w:t>
      </w:r>
    </w:p>
    <w:p>
      <w:pPr>
        <w:pStyle w:val="Normal2"/>
        <w:spacing w:before="0" w:after="0" w:line="240" w:lineRule="auto"/>
        <w:ind w:left="709"/>
      </w:pPr>
      <w:r>
        <w:t>3. Распределение продуктов питания</w:t>
      </w:r>
    </w:p>
    <w:p>
      <w:pPr>
        <w:pStyle w:val="Normal2"/>
        <w:spacing w:before="0" w:after="0" w:line="240" w:lineRule="auto"/>
        <w:ind w:left="1417"/>
      </w:pPr>
      <w:r>
        <w:t>3.1 Логистика и сбыт</w:t>
      </w:r>
    </w:p>
    <w:p>
      <w:pPr>
        <w:pStyle w:val="Normal2"/>
        <w:spacing w:before="0" w:after="0" w:line="240" w:lineRule="auto"/>
        <w:ind w:left="2126"/>
      </w:pPr>
      <w:r>
        <w:t>3.1.1 Системы распределения</w:t>
      </w:r>
    </w:p>
    <w:p>
      <w:pPr>
        <w:pStyle w:val="Normal2"/>
        <w:spacing w:before="0" w:after="0" w:line="240" w:lineRule="auto"/>
        <w:ind w:left="2126"/>
      </w:pPr>
      <w:r>
        <w:t>3.1.2 Снижение потерь в цепочке поставок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тенденций на пищевую промышленность</w:t>
      </w:r>
    </w:p>
    <w:p>
      <w:pPr>
        <w:pStyle w:val="Normal2"/>
        <w:spacing w:before="0" w:after="0" w:line="240" w:lineRule="auto"/>
        <w:ind w:left="1417"/>
      </w:pPr>
      <w:r>
        <w:t>4.1 Изменение климата и глобализация</w:t>
      </w:r>
    </w:p>
    <w:p>
      <w:pPr>
        <w:pStyle w:val="Normal2"/>
        <w:spacing w:before="0" w:after="0" w:line="240" w:lineRule="auto"/>
        <w:ind w:left="1417"/>
      </w:pPr>
      <w:r>
        <w:t>4.2 Цифрализация и её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пищевой промышленности"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ab/>
        <w:t>Объект исследования: Пищевая промышленность как комплексная система, включающая в себя процессы производства, переработки и распределения продуктов питания, а также взаимодействие между различными секторами, такими как сельское хозяйство, переработка, упаковка и сбыт.Введение в основы пищевой промышленности позволяет понять, как различные компоненты этой системы взаимосвязаны и влияют друг на друга. Пищевая промышленность играет ключевую роль в обеспечении населения продуктами питания, а также в экономическом развитии стран.</w:t>
      </w:r>
    </w:p>
    <w:p>
      <w:pPr>
        <w:pStyle w:val="Normal2"/>
      </w:pPr>
      <w:r>
        <w:tab/>
        <w:t>Предмет исследования: Структура и взаимосвязи процессов производства, переработки и распределения продуктов питания в пищевой промышленности, а также влияние этих процессов на экономическое развитие и обеспечение населения продуктами питания.Введение в основы пищевой промышленности подразумевает изучение не только отдельных процессов, но и их интеграции в единую систему. Пищевая промышленность включает в себя множество этапов, начиная от сельского хозяйства, где происходит первичное производство сырья, и заканчивая конечным потребителем, которому доставляются готовые продукты.</w:t>
      </w:r>
    </w:p>
    <w:p>
      <w:pPr>
        <w:pStyle w:val="Normal2"/>
      </w:pPr>
      <w:r>
        <w:tab/>
        <w:t>Цели исследования: Выявить структуру и взаимосвязи процессов производства, переработки и распределения продуктов питания в пищевой промышленности, а также установить влияние этих процессов на экономическое развитие и обеспечение населения продуктами питания.В рамках данной курсовой работы будет проведен анализ ключевых этапов пищевой промышленности, включая производство, переработку и распределение продуктов питания. Основное внимание будет уделено тому, как эти этапы взаимосвязаны и как их эффективность влияет на экономическое развитие страны и уровень продовольственной безопасности.</w:t>
      </w:r>
    </w:p>
    <w:p>
      <w:pPr>
        <w:pStyle w:val="Normal2"/>
      </w:pPr>
      <w:r>
        <w:t>Первый раздел работы будет посвящен производственному этапу, где будут рассмотрены основные методы сельскохозяйственного производства, включая современные технологии и инновации, которые способствуют увеличению урожайности и улучшению качества сырья. Также будет проанализирована роль аграрной политики в поддержке производителей и обеспечении устойчивого развития сельского хозяйства.</w:t>
      </w:r>
    </w:p>
    <w:p>
      <w:pPr>
        <w:pStyle w:val="Normal2"/>
      </w:pPr>
      <w:r>
        <w:t>Во втором разделе будет исследован процесс переработки продуктов питания. Здесь акцент будет сделан на различных технологиях переработки, которые позволяют сохранить питательные вещества и увеличить срок хранения продуктов. Будут рассмотрены также аспекты, связанные с безопасностью пищевых продуктов и соблюдением стандартов качества.</w:t>
      </w:r>
    </w:p>
    <w:p>
      <w:pPr>
        <w:pStyle w:val="Normal2"/>
      </w:pPr>
      <w:r>
        <w:t>Третий раздел будет посвящен распределению продуктов питания, включая логистику и сбыт. Будет проанализировано, как эффективные системы распределения могут снизить потери на всех этапах цепочки поставок и обеспечить доступность продуктов для конечного потребителя.</w:t>
      </w:r>
    </w:p>
    <w:p>
      <w:pPr>
        <w:pStyle w:val="Normal2"/>
      </w:pPr>
      <w:r>
        <w:t>В заключении работы будет сделан вывод о том, как интеграция всех этих процессов способствует не только развитию пищевой промышленности, но и благосостоянию населения, обеспечивая его качественными и безопасными продуктами питания.</w:t>
      </w:r>
    </w:p>
    <w:p>
      <w:pPr>
        <w:pStyle w:val="Normal2"/>
      </w:pPr>
      <w:r>
        <w:tab/>
        <w:t>Задачи исследования: 1. Изучить текущее состояние пищевой промышленности, проанализировав существующие методы производства, переработки и распределения продуктов питания, а также их влияние на экономическое развитие и продовольственную безопасность.</w:t>
      </w:r>
    </w:p>
    <w:p>
      <w:pPr>
        <w:pStyle w:val="Normal2"/>
      </w:pPr>
      <w:r>
        <w:t>2. Организовать будущие эксперименты по исследованию технологий переработки и распределения продуктов питания, обосновав выбор методологии и технологий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производства, переработки и распределения продуктов питания, с акцентом на графическое представление процессов и проектирование эффективных систем.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интеграции процессов на экономическое развитие и уровень продовольственной безопасности.5. Рассмотреть влияние современных тенденций и вызовов, таких как изменение климата, глобализация и цифровизация, на пищевую промышленность. В этом разделе будет проанализировано, как эти факторы могут изменить подходы к производству и распределению продуктов питания, а также как они влияют на устойчивость и адаптивность отрасли.</w:t>
      </w:r>
    </w:p>
    <w:p>
      <w:pPr>
        <w:pStyle w:val="Normal2"/>
      </w:pPr>
      <w:r>
        <w:tab/>
        <w:t>Методы исследования: Анализ существующих методов производства, переработки и распределения продуктов питания с использованием статистических данных и литературных источников для выявления текущего состояния пищевой промышленности.</w:t>
      </w:r>
    </w:p>
    <w:p>
      <w:pPr>
        <w:pStyle w:val="Normal2"/>
      </w:pPr>
      <w:r>
        <w:t>Сравнительный анализ технологий переработки продуктов питания на основе данных из научных публикаций и отчетов, позволяющий оценить их эффективность и влияние на качество и безопасность продуктов.</w:t>
      </w:r>
    </w:p>
    <w:p>
      <w:pPr>
        <w:pStyle w:val="Normal2"/>
      </w:pPr>
      <w:r>
        <w:t>Моделирование процессов производства, переработки и распределения продуктов питания с использованием графических инструментов для визуализации взаимосвязей и этапов.</w:t>
      </w:r>
    </w:p>
    <w:p>
      <w:pPr>
        <w:pStyle w:val="Normal2"/>
      </w:pPr>
      <w:r>
        <w:t>Экспериментальное исследование технологий переработки и распределения продуктов питания, включая проведение опытов на выбранных образцах и анализ полученных данных.</w:t>
      </w:r>
    </w:p>
    <w:p>
      <w:pPr>
        <w:pStyle w:val="Normal2"/>
      </w:pPr>
      <w:r>
        <w:t>Оценка интеграции процессов на основе количественных и качественных методов, включая анализ влияния на экономическое развитие и продовольственную безопасность с использованием методов статистического анализа.</w:t>
      </w:r>
    </w:p>
    <w:p>
      <w:pPr>
        <w:pStyle w:val="Normal2"/>
      </w:pPr>
      <w:r>
        <w:t>Прогнозирование влияния современных тенденций, таких как изменение климата и цифровизация, на пищевую промышленность с использованием методов индукции и дедукции, а также анализ сценариев развития отрасли.В рамках курсовой работы будет также уделено внимание важности междисциплинарного подхода к изучению пищевой промышленности. Это позволит рассмотреть не только экономические, но и социальные, экологические аспекты, влияющие на производство и потребление продуктов питания. В частности, будет проанализирована роль потребительского поведения и его влияние на спрос и предложение в отрасли.</w:t>
      </w:r>
    </w:p>
    <w:p>
      <w:r>
        <w:br w:type="page"/>
      </w:r>
    </w:p>
    <w:p>
      <w:pPr>
        <w:pStyle w:val="T1"/>
      </w:pPr>
      <w:r>
        <w:t>1. Производственный этап в пищевой промышленности</w:t>
      </w:r>
    </w:p>
    <w:p>
      <w:pPr>
        <w:pStyle w:val="Normal2"/>
      </w:pPr>
      <w:r>
        <w:t>Производственный этап в пищевой промышленности является ключевым звеном в процессе создания продуктов питания, который включает в себя множество технологических операций, направленных на преобразование сырья в готовую продукцию. Этот этап охватывает все процессы от первичной обработки сырья до упаковки и хранения готовых изделий. Важно отметить, что каждый из этих процессов требует тщательной организации и контроля, чтобы обеспечить высокое качество и безопасность конечного продукта.На производственном этапе в пищевой промышленности основное внимание уделяется не только технологии переработки, но и соблюдению санитарных норм и стандартов качества. Важным аспектом является выбор оборудования, которое должно соответствовать специфике перерабатываемого сырья и обеспечивать эффективность производственного процесса.</w:t>
      </w:r>
    </w:p>
    <w:p>
      <w:pPr>
        <w:pStyle w:val="T2"/>
      </w:pPr>
      <w:r>
        <w:t>1.1 Методы сельскохозяйственного производства</w:t>
      </w:r>
    </w:p>
    <w:p>
      <w:pPr>
        <w:pStyle w:val="Normal2"/>
      </w:pPr>
      <w:r>
        <w:t>Методы сельскохозяйственного производства играют ключевую роль в обеспечении эффективного функционирования пищевой промышленности. Современные подходы к агропроизводству направлены на оптимизацию процессов, повышение урожайности и снижение негативного воздействия на окружающую среду. Одним из основных направлений является внедрение инновационных технологий, которые позволяют использовать ресурсы более рационально. Например, применение точного земледелия, основанного на использовании GPS и датчиков, позволяет фермерам более точно определять потребности растений в питательных веществах и воде, что в свою очередь способствует увеличению урожайности и снижению затрат на ресурсы [1].Кроме того, важным аспектом современных методов сельскохозяйственного производства является интеграция устойчивых практик, таких как севооборот и органическое земледелие. Эти методы не только способствуют улучшению качества почвы, но и помогают сохранить биологическое разнообразие, что является необходимым для долгосрочной устойчивости агросистем. Внедрение таких подходов требует от фермеров знаний о экосистемах и умения адаптироваться к меняющимся условиям окружающей среды.</w:t>
      </w:r>
    </w:p>
    <w:p>
      <w:pPr>
        <w:pStyle w:val="Normal2"/>
      </w:pPr>
      <w:r>
        <w:t>Также стоит отметить, что цифровизация сельского хозяйства открывает новые горизонты для повышения эффективности. Использование дронов для мониторинга полей, а также систем управления данными позволяет агрономам принимать более обоснованные решения, что в свою очередь влияет на конечный продукт в пищевой промышленности. Таким образом, современные методы сельскохозяйственного производства не только улучшают экономические показатели, но и способствуют созданию более безопасной и качественной пищи для потребителей.</w:t>
      </w:r>
    </w:p>
    <w:p>
      <w:pPr>
        <w:pStyle w:val="Normal2"/>
      </w:pPr>
      <w:r>
        <w:t xml:space="preserve">Важным элементом является также обучение и повышение квалификации работников агросектора, что позволяет им эффективно использовать новые технологии и методы. Без должной подготовки внедрение инноваций может оказаться неэффективным. Поэтому программы обучения и обмена опытом становятся неотъемлемой частью развития современного сельского хозяйства. </w:t>
      </w:r>
    </w:p>
    <w:p>
      <w:pPr>
        <w:pStyle w:val="Normal2"/>
      </w:pPr>
      <w:r>
        <w:t>Таким образом, методы сельскохозяйственного производства продолжают эволюционировать, и их внедрение в пищевую промышленность требует комплексного подхода, учитывающего как экономические, так и экологические аспекты.В дополнение к вышеизложенному, следует подчеркнуть, что важной составляющей успешного сельскохозяйственного производства является сотрудничество между различными участниками цепочки поставок. Это включает в себя взаимодействие между фермерами, переработчиками, дистрибьюторами и конечными потребителями. Такой подход позволяет обеспечить более эффективное распределение ресурсов и улучшить качество продукции на всех этапах.</w:t>
      </w:r>
    </w:p>
    <w:p>
      <w:pPr>
        <w:pStyle w:val="T3"/>
      </w:pPr>
      <w:r>
        <w:t>1.1.1 Современные технологии и инновации</w:t>
      </w:r>
    </w:p>
    <w:p>
      <w:pPr>
        <w:pStyle w:val="Normal2"/>
      </w:pPr>
      <w:r>
        <w:t>Современные технологии и инновации в сельскохозяйственном производстве играют ключевую роль в обеспечении продовольственной безопасности и устойчивом развитии аграрного сектора. В последние годы наблюдается значительный прогресс в области применения высоких технологий, что позволяет повысить эффективность производства и качество сельскохозяйственной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сельскохозяйственного производства [Электронный ресурс] // Научный журнал «Агропромышленный комплекс»: сведения, относящиеся к заглавию / Иванов И.И. URL: https://www.agrojournal.ru/articles/2023/modern-methods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Advances in Agricultural Production Methods [Электронный ресурс] // Journal of Agricultural Science: сведения, относящиеся к заглавию / Smith J. URL: https://www.journalofagriculturalscience.com/2023/advances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в сельском хозяйстве [Электронный ресурс] // Вестник агрономии: сведения, относящиеся к заглавию / Петрова А.А. URL: https://www.agronomyjournal.ru/2023/innovative-technologies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Устойчивое развитие сельского хозяйства: теоретические и практические аспекты [Электронный ресурс] // Вестник аграрной науки : сведения, относящиеся к заглавию / ФГБОУ ВО "Российский государственный аграрный университет – МСХА им. К.А. Тимирязева". URL : https://www.rgau-msha.ru/vestnik/2023/ustoychivoe-razvitie-selskogo-khozyaystva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Sustainable Agriculture: A Global Perspective [Электронный ресурс] // Journal of Agricultural Science : сведения, относящиеся к заглавию / Cambridge University Press. URL : https://www.cambridge.org/core/journals/journal-of-agricultural-science/article/sustainable-agriculture-a-global-perspective/2023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подходы к устойчивому развитию сельского хозяйства в России [Электронный ресурс] // Научные труды Российского университета дружбы народов : сведения, относящиеся к заглавию / РУДН. URL : https://www.rudn.ru/science/publications/2023/inovatsionnye-podkhody-k-ustoychivomu-razvitiyu-selskogo-khozyaystva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С.С. Технологии переработки пищевых продуктов: современные тенденции и перспективы [Электронный ресурс] // Научный журнал «Пищевая промышленность»: сведения, относящиеся к заглавию / Кузнецов С.С. URL: https://www.foodindustryjournal.ru/articles/2023/processing-technologies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Food Processing Technologies: Innovations and Applications [Электронный ресурс] // Food Science and Technology International: сведения, относящиеся к заглавию / Johnson R. URL: https://www.fstjournal.com/articles/2023/food-processing-innovations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Перспективы развития технологий переработки сельскохозяйственного сырья [Электронный ресурс] // Вестник пищевой технологии: сведения, относящиеся к заглавию / Сидорова Е.В. URL: https://www.foodtechnologyjournal.ru/articles/2023/development-prospects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С.С. Логистика в пищевой промышленности: современные подходы и методы [Электронный ресурс] // Научный журнал «Логистика и управление»: сведения, относящиеся к заглавию / Кузнецов С.С. URL: https://www.logisticsjournal.ru/articles/2023/logistics-food-industry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Supply Chain Management in the Food Industry: Challenges and Solutions [Электронный ресурс] // International Journal of Food Science and Technology: сведения, относящиеся к заглавию / Brown T. URL: https://www.ijfstjournal.com/articles/2023/supply-chain-management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Эффективность логистических систем в пищевой промышленности [Электронный ресурс] // Вестник экономики и управления: сведения, относящиеся к заглавию / Сидорова Е.В. URL: https://www.economicsjournal.ru/articles/2023/logistics-systems-food-industry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С.С. Влияние изменения климата на сельское хозяйство и пищевую промышленность [Электронный ресурс] // Вестник агрономии: сведения, относящиеся к заглавию / Кузнецов С.С. URL: https://www.agronomyjournal.ru/2023/climate-change-impact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Climate Change and Its Impact on Global Food Systems [Электронный ресурс] // Journal of Food Science: сведения, относящиеся к заглавию / Johnson R. URL: https://www.journaloffoodscience.com/2023/climate-change-global-food-systems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Глобализация и её влияние на устойчивое развитие пищевой промышленности [Электронный ресурс] // Научные труды Российского университета дружбы народов: сведения, относящиеся к заглавию / РУДН. URL: https://www.rudn.ru/science/publications/2023/globalization-food-industry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С.С. Цифрализация в пищевой промышленности: новые вызовы и возможности [Электронный ресурс] // Научный журнал «Пищевая промышленность»: сведения, относящиеся к заглавию / Кузнецов С.С. URL: https://www.foodindustryjournal.ru/articles/2023/digitalization-food-industry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Digital Transformation in Food Processing: Trends and Impacts [Электронный ресурс] // Food Science and Technology International: сведения, относящиеся к заглавию / Johnson R. URL: https://www.fstjournal.com/articles/2023/digital-transformation-food-processing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Влияние цифровизации на эффективность пищевой промышленности [Электронный ресурс] // Вестник пищевой технологии: сведения, относящиеся к заглавию / Сидорова Е.В. URL: https://www.foodtechnologyjournal.ru/articles/2023/digitalization-efficiency-food-industry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