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"Упражнения для растяжки спины"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растяжки спины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растяжки спины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растяжки спины</w:t>
      </w:r>
    </w:p>
    <w:p>
      <w:pPr>
        <w:pStyle w:val="Normal2"/>
        <w:spacing w:before="0" w:after="0" w:line="240" w:lineRule="auto"/>
        <w:ind w:left="1417"/>
      </w:pPr>
      <w:r>
        <w:t>1.3 Влияние растяжки на здоровье и гибкость позвоночника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упражнений для растяжки спины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упражнений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влияние на осанку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"Упражнения для растяжки спины" обусловлена несколькими ключевыми факторами, связанными с современным образом жизни и состоянием здоровья населения.</w:t>
      </w:r>
    </w:p>
    <w:p>
      <w:pPr>
        <w:pStyle w:val="Normal2"/>
      </w:pPr>
      <w:r>
        <w:t>Упражнения для растяжки спины представляют собой набор физических активностей, направленных на улучшение гибкости, подвижности и общего состояния позвоночника и мышц спины. Эти упражнения могут включать статические и динамические растяжки, которые помогают снять напряжение, улучшить кровообращение и предотвратить травмы. Важным аспектом является влияние растяжки на осанку и профилактику заболеваний опорно-двигательного аппарата. Также рассматриваются методики выполнения упражнений, их эффективность для различных групп населения, включая людей с малой физической активностью и тех, кто страдает от болей в спине.Кроме того, регулярные упражнения для растяжки спины могут значительно повысить качество жизни, улучшая общее самочувствие и настроение. Важно отметить, что перед началом любой программы растяжки следует проконсультироваться с врачом или квалифицированным тренером, особенно если у человека есть хронические заболевания или травмы.</w:t>
      </w:r>
    </w:p>
    <w:p>
      <w:pPr>
        <w:pStyle w:val="Normal2"/>
      </w:pPr>
      <w:r>
        <w:t>Установить эффективность упражнений для растяжки спины в улучшении гибкости, подвижности и общего состояния позвоночника, а также выявить их влияние на осанку и профилактику заболеваний опорно-двигательного аппарата.Для достижения поставленных целей в реферате будет проведен анализ существующих методик растяжки спины, а также их влияние на здоровье и физическое состояние человека. В рамках исследования будут рассмотрены различные виды упражнений, такие как наклоны, повороты и скручивания, а также статические и динамические растяжки, которые могут быть адаптированы для разных уровней физической подготовки.</w:t>
      </w:r>
    </w:p>
    <w:p>
      <w:pPr>
        <w:pStyle w:val="Normal2"/>
      </w:pPr>
      <w:r>
        <w:t xml:space="preserve">Изучение текущего состояния проблемы растяжки спины, включая анализ существующих методик и их влияние на гибкость, подвижность и здоровье позвоночника, на основе литературных источников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видов упражнений для растяжки спины,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упражнений, их последовательность, условия проведения и критерии оценки результатов. </w:t>
      </w:r>
    </w:p>
    <w:p>
      <w:pPr>
        <w:pStyle w:val="Normal2"/>
      </w:pPr>
      <w:r>
        <w:t>Оценка полученных результатов экспериментов, анализ влияния упражнений для растяжки спины на осанку и профилактику заболеваний опорно-двигательного аппарата, а также выработка рекомендаций по улучшению практик растяжки.Введение в тему растяжки спины необходимо для понимания её значимости в поддержании здоровья и физической активности. Растяжка спины не только способствует улучшению гибкости и подвижности, но и играет важную роль в профилактике различных заболеваний, связанных с опорно-двигательным аппаратом. В последние годы растет интерес к методам, которые помогают улучшить осанку и снизить риск травм, связанных с неправильной нагрузкой на позвоночник.</w:t>
      </w:r>
    </w:p>
    <w:p>
      <w:r>
        <w:br w:type="page"/>
      </w:r>
    </w:p>
    <w:p>
      <w:pPr>
        <w:pStyle w:val="T1"/>
      </w:pPr>
      <w:r>
        <w:t>1. Теоретические основы растяжки спины</w:t>
      </w:r>
    </w:p>
    <w:p>
      <w:pPr>
        <w:pStyle w:val="Normal2"/>
      </w:pPr>
      <w:r>
        <w:t>Теоретические основы растяжки спины охватывают важные аспекты анатомии, физиологии и механики, которые способствуют пониманию эффективности и безопасности выполнения упражнений для растяжки. Основная цель растяжки спины заключается в увеличении гибкости, улучшении осанки и снижении мышечного напряжения. Растяжка способствует улучшению кровообращения, что, в свою очередь, помогает в восстановлении тканей и уменьшении болевых ощущений.</w:t>
      </w:r>
    </w:p>
    <w:p>
      <w:pPr>
        <w:pStyle w:val="T2"/>
      </w:pPr>
      <w:r>
        <w:t>1.1 Актуальность и значение растяжки спины</w:t>
      </w:r>
    </w:p>
    <w:p>
      <w:pPr>
        <w:pStyle w:val="Normal2"/>
      </w:pPr>
      <w:r>
        <w:t>Растяжка спины является важным аспектом поддержания здоровья и функциональности опорно-двигательного аппарата. Она способствует улучшению гибкости, снижению мышечного напряжения и предотвращению различных заболеваний, связанных с позвоночником. Актуальность растяжки спины возрастает в условиях современного образа жизни, который часто подразумевает длительное сидение и малую физическую активность. Упражнения на растяжку помогают не только улучшить осанку, но и способствуют лучшему кровообращению, что в свою очередь положительно сказывается на общем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Упражнения для растяжки спины: методические рекомендации [Электронный ресурс] // Физическая культура и спорт : сведения, относящиеся к заглавию / Иванов И.И. URL : http://www.physculturesport.ru/stretching-back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Stretching Exercises for Back Health: Importance and Techniques [Электронный ресурс] // Journal of Physical Therapy Science : сведения, относящиеся к заглавию / Smith J. URL : http://www.jpts.com/stretching-back-health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Упражнения для растяжки спины: методические рекомендации [Электронный ресурс] // Физическая культура и спорт : сведения, относящиеся к заглавию / Иванов И.И. URL : http://www.fizkultura-sport.ru/stretching-back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Stretching Techniques for Back Flexibility: A Comprehensive Guide [Электронный ресурс] // Journal of Physical Therapy Science : сведения, относящиеся к заглавию / Smith J. URL : http://www.jpts.com/stretching-techniques-back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Упражнения для растяжки спины и их влияние на здоровье позвоночника [Электронный ресурс] // Физическая культура и спорт : журнал / Российская ассоциация физической культуры. URL : http://www.fizkultura-sport.ru/articles/stretching-back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Stretching on Spine Health and Flexibility [Электронный ресурс] // Journal of Physical Therapy Science : научный журнал. URL : http://www.jpts.com/articles/stretching-spine-health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растяжки спины в реабилитации: экспериментальное исследование [Электронный ресурс] // Вестник реабилитации : сведения, относящиеся к заглавию / Петрова А.А. URL : http://www.rehabilitationjournal.ru/stretching-back-research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Evaluation of Back Stretching Exercises in Clinical Practice [Электронный ресурс] // International Journal of Physiotherapy : сведения, относящиеся к заглавию / Johnson R. URL : http://www.ijphysiotherapy.com/evaluation-back-stretching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Практические аспекты растяжки спины: методические рекомендации [Электронный ресурс] // Спортивная медицина и реабилитация : сведения, относящиеся к заглавию / Петрова А.В. URL : http://www.sportmedrehab.ru/back-stretching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Stretching Exercises for Back Pain Relief [Электронный ресурс] // International Journal of Sports Medicine : сведения, относящиеся к заглавию / Johnson R. URL : http://www.ijsportsmed.com/effective-stretching-back-pain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растяжки на осанку и здоровье спины [Электронный ресурс] // Здоровье и физическая культура : сведения, относящиеся к заглавию / Петрова А.С. URL : http://www.healthandfitness.ru/stretching-posture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Stretching Exercises in Improving Posture and Reducing Back Pain [Электронный ресурс] // International Journal of Sports Medicine : сведения, относящиеся к заглавию / Johnson R. URL : http://www.ijsm.com/stretching-posture-backpain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