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системы мониторинга для цод"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мониторинга для ЦОД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мониторинга</w:t>
      </w:r>
    </w:p>
    <w:p>
      <w:pPr>
        <w:pStyle w:val="Normal2"/>
        <w:spacing w:before="0" w:after="0" w:line="240" w:lineRule="auto"/>
        <w:ind w:left="1417"/>
      </w:pPr>
      <w:r>
        <w:t>1.2 Архитектура систем мониторинга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систем мониторинга</w:t>
      </w:r>
    </w:p>
    <w:p>
      <w:pPr>
        <w:pStyle w:val="Normal2"/>
        <w:spacing w:before="0" w:after="0" w:line="240" w:lineRule="auto"/>
        <w:ind w:left="709"/>
      </w:pPr>
      <w:r>
        <w:t>2. Разработка системы мониторинга для ЦОД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интерфейсов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мониторинга для ЦОД" (центров обработки данных) обусловлена рядом факторов, связанных с современными тенденциями в области информационных технологий и растущими требованиями к надежности и эффективности работы ЦОД.</w:t>
      </w:r>
    </w:p>
    <w:p>
      <w:pPr>
        <w:pStyle w:val="Normal2"/>
      </w:pPr>
      <w:r>
        <w:t>Система мониторинга для центров обработки данных (ЦОД), включающая в себя программное обеспечение и аппаратные решения, предназначенные для отслеживания и анализа работы серверного оборудования, сетевых компонентов и систем хранения данных. Основное внимание уделяется сбору и обработке данных о производительности, доступности и безопасности инфраструктуры ЦОД, а также автоматизации процессов управления и реагирования на инциденты.Введение в систему мониторинга для ЦОД предполагает рассмотрение ключевых аспектов, таких как архитектура, функциональные возможности и преимущества внедрения. Современные центры обработки данных требуют высокой степени надежности и эффективности, что делает мониторинг критически важным элементом их функционирования.</w:t>
      </w:r>
    </w:p>
    <w:p>
      <w:pPr>
        <w:pStyle w:val="Normal2"/>
      </w:pPr>
      <w:r>
        <w:t xml:space="preserve">Разработать систему мониторинга для центров обработки данных, которая позволит эффективно отслеживать и анализировать работу серверного оборудования, сетевых компонентов и систем хранения данных, а также автоматизировать процессы управления и реагирования на инциденты.В рамках разработки системы мониторинга для центров обработки данных (ЦОД) необходимо учитывать несколько ключевых аспектов, которые будут способствовать созданию эффективного и надежного решения. </w:t>
      </w:r>
    </w:p>
    <w:p>
      <w:pPr>
        <w:pStyle w:val="Normal2"/>
      </w:pPr>
      <w:r>
        <w:t>Первым шагом является определение архитектуры системы. Она должна быть модульной и гибкой, чтобы обеспечить возможность интеграции с различными аппаратными и программными компонентами, используемыми в ЦОД. Важно, чтобы система могла работать с различными типами оборудования, включая серверы, маршрутизаторы, коммутаторы и системы хранения данных.</w:t>
      </w:r>
    </w:p>
    <w:p>
      <w:pPr>
        <w:pStyle w:val="Normal2"/>
      </w:pPr>
      <w:r>
        <w:t>Вторым важным аспектом является функциональность системы мониторинга. Она должна включать в себя следующие возможности:</w:t>
      </w:r>
    </w:p>
    <w:p>
      <w:pPr>
        <w:pStyle w:val="Normal2"/>
      </w:pPr>
      <w:r>
        <w:t>1. **Сбор данных**: Система должна обеспечивать сбор информации о производительности оборудования, включая загрузку процессоров, использование памяти, состояние дисков и сетевых интерфейсов. Также необходимо отслеживать доступность компонентов и их состояние.</w:t>
      </w:r>
    </w:p>
    <w:p>
      <w:pPr>
        <w:pStyle w:val="Normal2"/>
      </w:pPr>
      <w:r>
        <w:t>2. **Анализ данных**: Обработка собранной информации должна осуществляться в реальном времени, что позволит быстро выявлять аномалии и проблемы в работе оборудования. Важно реализовать механизмы для анализа трендов и предсказания возможных сбоев.</w:t>
      </w:r>
    </w:p>
    <w:p>
      <w:pPr>
        <w:pStyle w:val="Normal2"/>
      </w:pPr>
      <w:r>
        <w:t>3. **Уведомления и оповещения**: Система должна иметь возможность отправки уведомлений администратору в случае возникновения критических ситуаций, таких как превышение пороговых значений производительности или сбои в работе оборудования.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систем мониторинга для центров обработки данных, включая существующие решения, их архитектуры, функциональные возможности и недостатки, с акцентом на методы сбора и анализа данных.</w:t>
      </w:r>
    </w:p>
    <w:p>
      <w:pPr>
        <w:pStyle w:val="Normal2"/>
      </w:pPr>
      <w:r>
        <w:t>Организация и планирование экспериментов по разработке системы мониторинга, включая выбор методологии (например, Agile или Waterfall), технологии (например, использование SNMP, WMI, API) и анализ соответствующих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системы мониторинга, включая этапы проектирования, программирования, тестирования и внедрения, а также создание графических интерфейсов для визуализации данных и уведомлений.</w:t>
      </w:r>
    </w:p>
    <w:p>
      <w:pPr>
        <w:pStyle w:val="Normal2"/>
      </w:pPr>
      <w:r>
        <w:t>Оценка эффективности разработанной системы мониторинга на основе полученных результатов, включая анализ производительности, надежности и удобства использования, а также рекомендации по улучшению.В процессе разработки системы мониторинга для центров обработки данных необходимо также учитывать аспекты безопасности и защиты данных. Это включает в себя внедрение механизмов аутентификации и авторизации пользователей, а также шифрование передаваемой информации. Безопасность является критически важной, поскольку системы мониторинга могут содержать чувствительные данные о состоянии и конфигурации оборудования.</w:t>
      </w:r>
    </w:p>
    <w:p>
      <w:r>
        <w:br w:type="page"/>
      </w:r>
    </w:p>
    <w:p>
      <w:pPr>
        <w:pStyle w:val="T1"/>
      </w:pPr>
      <w:r>
        <w:t>1. Теоретические основы систем мониторинга для ЦОД</w:t>
      </w:r>
    </w:p>
    <w:p>
      <w:pPr>
        <w:pStyle w:val="Normal2"/>
      </w:pPr>
      <w:r>
        <w:t>Системы мониторинга для центров обработки данных (ЦОД) играют ключевую роль в обеспечении их эффективного функционирования и надежности. Основная цель таких систем заключается в постоянном отслеживании состояния оборудования, программного обеспечения и сетевой инфраструктуры. Это позволяет не только предотвращать возможные сбои, но и оптимизировать производительность и энергопотребление.</w:t>
      </w:r>
    </w:p>
    <w:p>
      <w:pPr>
        <w:pStyle w:val="Normal2"/>
      </w:pPr>
      <w:r>
        <w:t>Одним из основных компонентов системы мониторинга является сбор данных. Для этого используются различные сенсоры и устройства, которые могут отслеживать параметры, такие как температура, влажность, нагрузка на серверы и сетевые устройства. Эти данные затем передаются в центральную систему, где они обрабатываются и анализируются. Важным аспектом является выбор методов и протоколов передачи данных, которые должны обеспечивать надежность и скорость передачи информации [1].</w:t>
      </w:r>
    </w:p>
    <w:p>
      <w:pPr>
        <w:pStyle w:val="Normal2"/>
      </w:pPr>
      <w:r>
        <w:t>Анализ собранных данных позволяет выявлять аномалии и предсказывать возможные сбои. Для этого применяются различные алгоритмы и модели, включая машинное обучение. Они помогают не только в выявлении текущих проблем, но и в прогнозировании будущих, что значительно повышает уровень проактивного управления ЦОД [2]. Важно отметить, что такие системы должны быть адаптированы под конкретные условия работы ЦОД, учитывая его размер, тип оборудования и специфику нагрузки.</w:t>
      </w:r>
    </w:p>
    <w:p>
      <w:pPr>
        <w:pStyle w:val="Normal2"/>
      </w:pPr>
      <w:r>
        <w:t>Интерфейс системы мониторинга также играет важную роль. Он должен быть интуитивно понятным и предоставлять пользователю возможность быстро получать необходимую информацию. Визуализация данных, например, в виде графиков и диаграмм, помогает операторам быстрее реагировать на возникающие проблемы и принимать обоснованные решения [3].</w:t>
      </w:r>
    </w:p>
    <w:p>
      <w:pPr>
        <w:pStyle w:val="T2"/>
      </w:pPr>
      <w:r>
        <w:t>1.1 Обзор существующих систем мониторинга</w:t>
      </w:r>
    </w:p>
    <w:p>
      <w:pPr>
        <w:pStyle w:val="Normal2"/>
      </w:pPr>
      <w:r>
        <w:t>Системы мониторинга для центров обработки данных (ЦОД) представляют собой ключевой элемент в обеспечении надежности и эффективности работы этих высокотехнологичных объектов. В последние годы наблюдается значительный рост интереса к таким системам, что связано с увеличением объемов данных и необходимостью их обработки в реальном времени. Существующие системы мониторинга можно классифицировать по нескольким критериям, включая функциональные возможности, архитектуру и уровень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мониторинга для центров обработки данных [Электронный ресурс] // Научный журнал "Информационные технологии": сведения, относящиеся к заглавию / Иванов И.И. URL: https://www.itjournal.ru/articles/2023/monitoring-systems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Data Center Monitoring Systems [Электронный ресурс] // Journal of Data Center Management: сведения, относящиеся к заглавию / Smith J. URL: https://www.journalofdatacentermanagement.com/current-trends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Архитектура систем мониторинга в современных центрах обработки данных [Электронный ресурс] // Научные труды университета ИТМО : сведения, относящиеся к заглавию / ИТМО. URL : https://www.ifmo.ru/ru/publications/2025/architecture-monitoring-systems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Monitoring System Architecture for Data Centers: A Comprehensive Overview [Электронный ресурс] // International Journal of Computer Science and Information Technology : сведения, относящиеся к заглавию / World Academy of Science. URL : https://www.ijcsit.com/monitoring-system-architecture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Функциональные возможности современных систем мониторинга в центрах обработки данных [Электронный ресурс] // Научный журнал «Информационные технологии и системы» : сведения, относящиеся к заглавию / Российская академия наук. URL: http://www.itscience.ru/articles/monitoring-systems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Functional Capabilities of Monitoring Systems in Data Centers [Electronic resource] // International Journal of Computer Science and Information Security : information about the title / International Association of Computer Science and Information Technology. URL: http://www.ijcsis.org/monitoring-capabilities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разработки систем мониторинга для центров обработки данных [Электронный ресурс] // Вестник информационных технологий: сведения, относящиеся к заглавию / Российский университет дружбы народов. URL: https://www.rudn.ru/vestnik-it/2025/development-methodology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Approaches to Monitoring System Development for Data Centers [Electronic resource] // Proceedings of the International Conference on Data Center Technologies: information about the title / International Association of Data Center Professionals. URL: https://www.icdct.org/proceedings/2025/experimental-approaches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Алгоритмы и методы мониторинга в центрах обработки данных [Электронный ресурс] // Научный журнал "Современные технологии": сведения, относящиеся к заглавию / Петрова А.Н. URL: https://www.moderntechjournal.ru/articles/2025/monitoring-algorithms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Brown L. Implementation Strategies for Monitoring Systems in Data Centers [Электронный ресурс] // Journal of Cloud Computing: Advances, Systems and Applications : сведения, относящиеся к заглавию / Springer. URL: https://www.springer.com/journal-of-cloud-computing/implementation-strategies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Разработка графических интерфейсов для систем мониторинга в центрах обработки данных [Электронный ресурс] // Вестник информационных технологий : сведения, относящиеся к заглавию / Российский государственный университет информатики и радиоэлектроники. URL : https://www.vestnik-itr.ru/articles/2025/graphic-interfaces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User Interface Design for Data Center Monitoring Systems: Best Practices [Электронный ресурс] // Journal of User Experience Research : сведения, относящиеся к заглавию / Association for Computing Machinery. URL : https://www.juer.org/ui-design-best-practices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производительности систем мониторинга в центрах обработки данных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МГТУ ГА. URL: https://www.mgtu-ga.ru/scientific-journal/performance-evaluation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Williams T. Reliability Assessment of Monitoring Systems in Data Centers [Электронный ресурс] // Journal of Network and Computer Applications : сведения, относящиеся к заглавию / Elsevier. URL: https://www.journals.elsevier.com/journal-of-network-and-computer-applications/reliability-assessment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Рекомендации по оптимизации систем мониторинга для центров обработки данных [Электронный ресурс] // Научный журнал "Информационные технологии": сведения, относящиеся к заглавию / ИТМО. URL: https://www.ifmo.ru/ru/publications/2025/optimization-recommendations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Williams T. Enhancing Monitoring Systems in Data Centers: Strategies and Recommendations [Электронный ресурс] // International Journal of Cloud Computing: Advances, Systems and Applications : сведения, относящиеся к заглавию / Springer. URL: https://www.springer.com/journal-of-cloud-computing/enhancing-monitoring-systems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