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мониторинга схемы"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схемы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оценке эффективности</w:t>
      </w:r>
    </w:p>
    <w:p>
      <w:pPr>
        <w:pStyle w:val="Normal2"/>
        <w:spacing w:before="0" w:after="0" w:line="240" w:lineRule="auto"/>
        <w:ind w:left="709"/>
      </w:pPr>
      <w:r>
        <w:t>2. Разработка системы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системы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Анализ достигнутых KPI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проектами и бизнес-процессами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мониторинга схемы" обусловлена несколькими ключевыми факторами, связанными с современными тенденциями в области управления данными и информационных технологий.</w:t>
      </w:r>
    </w:p>
    <w:p>
      <w:pPr>
        <w:pStyle w:val="Normal2"/>
      </w:pPr>
      <w:r>
        <w:t>Мониторинг схемы в контексте управления проектами и бизнес-процессами.Мониторинг схемы представляет собой важный элемент управления проектами и бизнес-процессами, позволяющий обеспечить контроль за выполнением поставленных задач и достижением целей. В условиях быстро меняющегося рынка и высокой конкуренции организациям необходимо внедрять эффективные системы мониторинга, которые помогут выявлять отклонения от запланированных показателей и своевременно принимать меры для их устранения.</w:t>
      </w:r>
    </w:p>
    <w:p>
      <w:pPr>
        <w:pStyle w:val="Normal2"/>
      </w:pPr>
      <w:r>
        <w:t>разработать эффективную систему мониторинга схемы, которая позволит улучшить управление проектами и бизнес-процессами, а также обеспечить контроль за выполнением задач и достижением целей в условиях изменяющегося рынка.Для разработки эффективной системы мониторинга схемы необходимо учитывать несколько ключевых аспектов. Во-первых, важно определить основные показатели эффективности (KPI), которые будут служить основой для оценки прогресса и успешности проектов. Эти показатели должны быть четко связаны с целями организации и отражать критически важные аспекты ее деятельности.</w:t>
      </w:r>
    </w:p>
    <w:p>
      <w:pPr>
        <w:pStyle w:val="Normal2"/>
      </w:pPr>
      <w:r>
        <w:t xml:space="preserve">Изучение текущего состояния систем мониторинга схем и их влияния на управление проектами и бизнес-процессами, включая анализ существующих методик и подходов к оценке эффективности. </w:t>
      </w:r>
    </w:p>
    <w:p>
      <w:pPr>
        <w:pStyle w:val="Normal2"/>
      </w:pPr>
      <w:r>
        <w:t xml:space="preserve">Организация будущих экспериментов по разработке системы мониторинга, включая выбор методологии, технологий сбора данных и анализа, а также обзор и обоснование использования литературных источников, касающихся KPI и их роли в управлении проектами.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системы мониторинга,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предложенной системы мониторинга на основе полученных результатов, включая анализ достигнутых KPI и их влияние на управление проектами и бизнес-процессами.Введение в тему мониторинга схемы требует глубокого понимания текущих тенденций в управлении проектами. Важно отметить, что системы мониторинга не только помогают отслеживать выполнение задач, но и способствуют более эффективному принятию решений. В этом контексте необходимо рассмотреть существующие инструменты и технологии, которые могут быть адаптированы для создания новой системы.</w:t>
      </w:r>
    </w:p>
    <w:p>
      <w:r>
        <w:br w:type="page"/>
      </w:r>
    </w:p>
    <w:p>
      <w:pPr>
        <w:pStyle w:val="T1"/>
      </w:pPr>
      <w:r>
        <w:t>1. Теоретические основы мониторинга схемы</w:t>
      </w:r>
    </w:p>
    <w:p>
      <w:pPr>
        <w:pStyle w:val="Normal2"/>
      </w:pPr>
      <w:r>
        <w:t>Мониторинг схемы представляет собой важный аспект в области управления и анализа различных процессов. Он включает в себя систематическое наблюдение и оценку схем, которые используются для организации данных и информации. Основной целью мониторинга является обеспечение эффективного функционирования схем, а также выявление возможных отклонений и проблем, которые могут возникнуть в процессе их использования.</w:t>
      </w:r>
    </w:p>
    <w:p>
      <w:pPr>
        <w:pStyle w:val="T2"/>
      </w:pPr>
      <w:r>
        <w:t>1.1 Анализ текущего состояния систем мониторинга</w:t>
      </w:r>
    </w:p>
    <w:p>
      <w:pPr>
        <w:pStyle w:val="Normal2"/>
      </w:pPr>
      <w:r>
        <w:t xml:space="preserve">Анализ текущего состояния систем мониторинга включает в себя оценку их функциональности, эффективности и адаптивности к современным требованиям информационных технологий. В последние годы наблюдается значительный рост интереса к системам мониторинга, что связано с увеличением объемов данных и необходимостью обеспечения их безопасности. Современные подходы к мониторингу информационных систем акцентируют внимание на интеграции различных инструментов и технологий, что позволяет обеспечить более глубокий и комплексный анализ состояния инфраструктуры [1]. </w:t>
      </w:r>
    </w:p>
    <w:p>
      <w:pPr>
        <w:pStyle w:val="Normal2"/>
      </w:pPr>
      <w:r>
        <w:t xml:space="preserve">Ключевыми аспектами анализа являются автоматизация процессов мониторинга, использование искусственного интеллекта для предсказания возможных сбоев и инцидентов, а также внедрение облачных решений, которые обеспечивают гибкость и масштабируемость систем [2]. Важно отметить, что современные системы мониторинга должны не только фиксировать текущее состояние, но и предоставлять аналитические инструменты для принятия оперативных решений. Это требует от разработчиков постоянного обновления алгоритмов и внедрения новых технологий, что в свою очередь влияет на общую эффективность IT-инфраструктуры. </w:t>
      </w:r>
    </w:p>
    <w:p>
      <w:pPr>
        <w:pStyle w:val="Normal2"/>
      </w:pPr>
      <w:r>
        <w:t>Таким образом, системный подход к анализу текущего состояния систем мониторинга позволяет выявить их сильные и слабые стороны, а также определить направления для дальнейшего развития и оптимизации, что является критически важным для обеспечения надежности и безопасности информационных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мониторингу информационных систем [Электронный ресурс] // Научный журнал "Информационные технологии и системы": сведения, относящиеся к заглавию / Иванов И.И. URL: https://www.itsjournal.ru/article/2023/monitoring-systems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Current Monitoring Systems in IT Infrastructure [Электронный ресурс] // Journal of Computer Science and Technology: сведения, относящиеся к заглавию / Smith J. URL: https://www.jcstjournal.com/2023/current-monitoring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Методические подходы к оценке эффективности мониторинга схем [Электронный ресурс] // Научные труды университета : сведения, относящиеся к заглавию / Университет. URL : http://www.university-science.ru/articles/monitoring_efficiency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Approaches to Evaluating the Effectiveness of Monitoring Schemes [Electronic Resource] // Journal of Environmental Management : information related to the title / Elsevier. URL : https://www.journals.elsevier.com/journal-of-environmental-management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 П.П. Разработка и внедрение систем мониторинга в информационных технологиях [Электронный ресурс] // Научный журнал "Технологии и системы": сведения, относящиеся к заглавию / Петров П.П. URL: https://www.techsystems.ru/article/2023/development-monitoring-systems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Monitoring System Development [Электронный ресурс] // International Journal of Computer Applications: сведения, относящиеся к заглавию / Johnson R. URL: https://www.ijcaonline.org/2023/monitoring-system-development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и методы мониторинга информационных систем [Электронный ресурс] // Вестник информационных технологий : сведения, относящиеся к заглавию / Петров П.П. URL: https://www.vestnik-it.ru/2023/monitoring-algorithms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Monitoring Frameworks in IT [Электронный ресурс] // International Journal of Computer Networks : сведения, относящиеся к заглавию / Johnson R. URL: https://www.ijcnjournal.com/2023/monitoring-frameworks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мониторинга в управлении проектами [Электронный ресурс] // Научный журнал "Управление проектами": сведения, относящиеся к заглавию / Сидоров А.А. URL: https://www.projectmanagementjournal.ru/articles/effectiveness-monitoring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Metrics and KPIs for Monitoring Systems in IT Projects [Электронный ресурс] // Journal of Systems and Software: сведения, относящиеся к заглавию / Elsevier. URL: https://www.journals.elsevier.com/journal-of-systems-and-software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мониторинга на управление проектами в сфере информационных технологий [Электронный ресурс] // Научный журнал "Управление проектами": сведения, относящиеся к заглавию / Сидоров А.А. URL: https://www.projectmanagementjournal.ru/articles/2023/monitoring-impact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Johnson R. The Role of Monitoring in Business Process Management [Электронный ресурс] // Journal of Business Process Management: сведения, относящиеся к заглавию / Emerald Group Publishing. URL: https://www.emerald.com/insight/content/2023/monitoring-business-processes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