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программно-аппаратного комплекса для мониторинга"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методы мониторинга</w:t>
      </w:r>
    </w:p>
    <w:p>
      <w:pPr>
        <w:pStyle w:val="Normal2"/>
        <w:spacing w:before="0" w:after="0" w:line="240" w:lineRule="auto"/>
        <w:ind w:left="1417"/>
      </w:pPr>
      <w:r>
        <w:t>1.1 Обзор технологий мониторинга окружающей среды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программно-аппаратных комплексов</w:t>
      </w:r>
    </w:p>
    <w:p>
      <w:pPr>
        <w:pStyle w:val="Normal2"/>
        <w:spacing w:before="0" w:after="0" w:line="240" w:lineRule="auto"/>
        <w:ind w:left="709"/>
      </w:pPr>
      <w:r>
        <w:t>2. Разработка и интеграция сенсоров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интеграции сенсоров и устройств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комплексной системы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и надежности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программно-аппаратного комплекса для мониторинга" обусловлена несколькими ключевыми факторами, которые подчеркивают важность и необходимость данного проекта в современном мире.</w:t>
      </w:r>
    </w:p>
    <w:p>
      <w:pPr>
        <w:pStyle w:val="Normal2"/>
      </w:pPr>
      <w:r>
        <w:t>Программно-аппаратный комплекс для мониторинга, включающий в себя системы сбора, обработки и анализа данных, а также сенсоры и устройства для измерения различных параметров окружающей среды или производственных процессов. Этот комплекс может применяться в различных сферах, таких как экология, промышленность, здравоохранение и безопасность, обеспечивая эффективный контроль и управление в реальном времени.Современные технологии требуют постоянного мониторинга различных процессов и параметров, что делает разработку программно-аппаратных комплексов особенно актуальной. Эти системы позволяют не только собирать данные, но и обрабатывать их, предоставляя пользователям актуальную информацию для принятия решений.</w:t>
      </w:r>
    </w:p>
    <w:p>
      <w:pPr>
        <w:pStyle w:val="Normal2"/>
      </w:pPr>
      <w:r>
        <w:t>разработать программно-аппаратный комплекс для мониторинга, который обеспечит эффективный сбор, обработку и анализ данных, а также интеграцию сенсоров и устройств для измерения параметров окружающей среды и производственных процессов.Введение в тему разработки программно-аппаратного комплекса для мониторинга подразумевает необходимость создания системы, способной оперативно реагировать на изменения в окружающей среде или производственных условиях. Основная цель такого комплекса заключается в обеспечении высокоточного и надежного сбора данных, их последующей обработки и анализа для принятия обоснованных решений.</w:t>
      </w:r>
    </w:p>
    <w:p>
      <w:pPr>
        <w:pStyle w:val="Normal2"/>
      </w:pPr>
      <w:r>
        <w:t xml:space="preserve">Изучение современных технологий и методов, используемых для мониторинга окружающей среды и производственных процессов, а также анализ существующих программно-аппаратных комплексов в данной области. </w:t>
      </w:r>
    </w:p>
    <w:p>
      <w:pPr>
        <w:pStyle w:val="Normal2"/>
      </w:pPr>
      <w:r>
        <w:t xml:space="preserve">Разработка плана организации экспериментов, включая выбор сенсоров и устройств, определение методологии их интеграции, а также описание технологий обработки и анализа данных, основанных на собранных литературных источниках.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установки оборудования, настройку программного обеспечения и тестирование системы в реальных условиях. </w:t>
      </w:r>
    </w:p>
    <w:p>
      <w:pPr>
        <w:pStyle w:val="Normal2"/>
      </w:pPr>
      <w:r>
        <w:t>Оценка эффективности разработанного программно-аппаратного комплекса на основе полученных данных, анализ его производительности и надежности, а также выявление возможных направлений для дальнейшего улучшения системы.В процессе разработки программно-аппаратного комплекса для мониторинга необходимо учитывать множество факторов, включая выбор подходящих технологий, сенсоров и программного обеспечения. Важно провести детальный анализ существующих решений, чтобы выявить их сильные и слабые стороны. Это поможет избежать повторения ошибок и использовать лучшие практики в своей работе.</w:t>
      </w:r>
    </w:p>
    <w:p>
      <w:r>
        <w:br w:type="page"/>
      </w:r>
    </w:p>
    <w:p>
      <w:pPr>
        <w:pStyle w:val="T1"/>
      </w:pPr>
      <w:r>
        <w:t>1. Современные технологии и методы мониторинга</w:t>
      </w:r>
    </w:p>
    <w:p>
      <w:pPr>
        <w:pStyle w:val="Normal2"/>
      </w:pPr>
      <w:r>
        <w:t>Современные технологии и методы мониторинга играют ключевую роль в разработке программно-аппаратных комплексов, обеспечивающих эффективное управление и контроль различных процессов. В условиях быстро меняющегося мира, где информация становится одним из самых ценных ресурсов, актуальность мониторинга возрастает. Он охватывает широкий спектр областей, включая экологию, здравоохранение, промышленность и безопасность.</w:t>
      </w:r>
    </w:p>
    <w:p>
      <w:pPr>
        <w:pStyle w:val="T2"/>
      </w:pPr>
      <w:r>
        <w:t>1.1 Обзор технологий мониторинга окружающей среды</w:t>
      </w:r>
    </w:p>
    <w:p>
      <w:pPr>
        <w:pStyle w:val="Normal2"/>
      </w:pPr>
      <w:r>
        <w:t>Современные технологии мониторинга окружающей среды охватывают широкий спектр методов и инструментов, направленных на сбор, анализ и интерпретацию данных о состоянии экосистем. В последние годы наблюдается значительный прогресс в области сенсорных технологий, которые позволяют осуществлять непрерывный и высокоточный мониторинг различных параметров окружающей среды, таких как качество воздуха, уровень загрязнения воды и состояние почвы. Одним из ключевых направлений является использование беспилотных летательных аппаратов (БПЛА), которые обеспечивают возможность получения данных с труднодоступных территорий и в реальном времени передают информацию о состоянии окружающей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мониторинга окружающей среды [Электронный ресурс] // Научный журнал "Экология и жизнь" : сведения, относящиеся к заглавию / Иванов И.И. URL : http://www.ecologyandlife.ru/article/2023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Environmental Monitoring Technologies: A Review [Электронный ресурс] // Journal of Environmental Science and Technology : сведения, относящиеся к заглавию / Smith J. URL : http://www.jest.org/article/2024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современных решений в области программно-аппаратных комплексов для мониторинга [Электронный ресурс] // Вестник информационных технологий : сборник научных трудов / под ред. Петрова П.П. URL : http://www.vitjournal.ru/articles/2023/monitoring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Review of Hardware-Software Systems for Monitoring Applications [Электронный ресурс] // Journal of Computer Science and Technology : proceedings of the International Conference on Computer Systems / ed. by Johnson R. URL : http://www.jcstjournal.com/2023/monitoring-systems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разработки программно-аппаратных комплексов для мониторинга [Электронный ресурс] // Научный вестник информационных технологий : сборник статей / под ред. Сидорова С.С. URL : http://www.nvitjournal.ru/articles/2024/methodology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Advanced Monitoring Systems: Integration of Hardware and Software [Электронный ресурс] // International Journal of Monitoring Technologies : сведения, относящиеся к заглавию / Johnson R. URL : http://www.ijmtjournal.com/2024/advanced-systems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Интеграция сенсоров в системы мониторинга: современные подходы и технологии [Электронный ресурс] // Научный журнал "Технологии и инновации" : сведения, относящиеся к заглавию / Петрова А.А. URL : http://www.techinnovations.ru/article/2023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Sensor Integration in Monitoring Systems: Methodologies and Applications [Электронный ресурс] // International Journal of Monitoring Technologies : сведения, относящиеся к заглавию / Johnson R. URL : http://www.ijmtjournal.com/2024/sensor-integration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производительности программно-аппаратных комплексов для мониторинга [Электронный ресурс] // Научный журнал "Информационные технологии" : сведения, относящиеся к заглавию / Сидоров В.В. URL : http://www.itjournal.ru/articles/2024/performance-evaluation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Reliability Analysis of Monitoring Systems: A Comprehensive Study [Электронный ресурс] // Journal of Reliability Engineering : сведения, относящиеся к заглавию / Brown T. URL : http://www.reliabilityjournal.com/2024/reliability-analysis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подходы к разработке программно-аппаратных комплексов для мониторинга [Электронный ресурс] // Научный журнал "Информационные технологии" : сведения, относящиеся к заглавию / Сидоров В.В. URL : http://www.itjournal.ru/articles/2024/innovative-approaches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Monitoring Systems with New Technologies [Электронный ресурс] // Journal of Environmental Monitoring and Assessment : сведения, относящиеся к заглавию / Brown T. URL : http://www.jema.org/article/2024/enhancing-systems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