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медицины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1.1 Введение в медицину</w:t>
      </w:r>
    </w:p>
    <w:p>
      <w:pPr>
        <w:pStyle w:val="Normal2"/>
        <w:spacing w:before="0" w:after="0" w:line="240" w:lineRule="auto"/>
        <w:ind w:left="1417"/>
      </w:pPr>
      <w:r>
        <w:t>1.2 Ключевые аспекты диагностики</w:t>
      </w:r>
    </w:p>
    <w:p>
      <w:pPr>
        <w:pStyle w:val="Normal2"/>
        <w:spacing w:before="0" w:after="0" w:line="240" w:lineRule="auto"/>
        <w:ind w:left="1417"/>
      </w:pPr>
      <w:r>
        <w:t>1.3 Лечение и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2. Взаимосвязь медицины с другими науками</w:t>
      </w:r>
    </w:p>
    <w:p>
      <w:pPr>
        <w:pStyle w:val="Normal2"/>
        <w:spacing w:before="0" w:after="0" w:line="240" w:lineRule="auto"/>
        <w:ind w:left="1417"/>
      </w:pPr>
      <w:r>
        <w:t>2.1 Инновационные технологии в здравоохранении</w:t>
      </w:r>
    </w:p>
    <w:p>
      <w:pPr>
        <w:pStyle w:val="Normal2"/>
        <w:spacing w:before="0" w:after="0" w:line="240" w:lineRule="auto"/>
        <w:ind w:left="1417"/>
      </w:pPr>
      <w:r>
        <w:t>2.2 Социальные и биологические факторы здоровья</w:t>
      </w:r>
    </w:p>
    <w:p>
      <w:pPr>
        <w:pStyle w:val="Normal2"/>
        <w:spacing w:before="0" w:after="0" w:line="240" w:lineRule="auto"/>
        <w:ind w:left="709"/>
      </w:pPr>
      <w:r>
        <w:t>3. Этика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3.1 Влияние этических норм на взаимоотношения врач-пациент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диагностических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медицины является крайне важной и многогранной, что обусловлено рядом факторов, имеющих значительное влияние на здоровье населения и развитие медицинской науки.</w:t>
      </w:r>
    </w:p>
    <w:p>
      <w:pPr>
        <w:pStyle w:val="Normal2"/>
      </w:pPr>
      <w:r>
        <w:t>Медицина как научная дисциплина, охватывающая диагностику, лечение и профилактику заболеваний, а также изучение здоровья человека и факторов, влияющих на него.Медицина представляет собой обширную область знаний, которая включает в себя множество специализаций и направлений. Она не только занимается лечением заболеваний, но и активно исследует механизмы их возникновения и развития. Важным аспектом медицины является профилактика, которая направлена на предупреждение заболеваний и поддержание здоровья населения.</w:t>
      </w:r>
    </w:p>
    <w:p>
      <w:pPr>
        <w:pStyle w:val="Normal2"/>
      </w:pPr>
      <w:r>
        <w:t>Современная медицина основывается на научных исследованиях и клинических испытаниях, что позволяет применять наиболее эффективные методы лечения и диагностики. Важную роль играют инновационные технологии, такие как телемедицина, генетика и биоинформатика, которые значительно расширяют возможности врачей и исследователей.</w:t>
      </w:r>
    </w:p>
    <w:p>
      <w:pPr>
        <w:pStyle w:val="Normal2"/>
      </w:pPr>
      <w:r>
        <w:t>Кроме того, медицина тесно связана с другими науками, такими как биология, химия, психология и социология. Это взаимодействие позволяет глубже понять влияние различных факторов на здоровье человека, включая образ жизни, экологические условия и социальные аспекты.</w:t>
      </w:r>
    </w:p>
    <w:p>
      <w:pPr>
        <w:pStyle w:val="Normal2"/>
      </w:pPr>
      <w:r>
        <w:t xml:space="preserve">Важным направлением в медицине является также этика, которая регулирует взаимоотношения между врачом и пациентом, а также вопросы, связанные с правами человека в контексте медицинских исследований и практики. </w:t>
      </w:r>
    </w:p>
    <w:p>
      <w:pPr>
        <w:pStyle w:val="Normal2"/>
      </w:pPr>
      <w:r>
        <w:t>Таким образом, медицина является динамичной и многофункциональной областью, которая постоянно развивается и адаптируется к новым вызовам и требованиям общества.Медицина также охватывает вопросы общественного здравоохранения, что включает в себя анализ и контроль за распространением инфекционных заболеваний, а также разработку программ вакцинации и просвещения населения о здоровом образе жизни. Эффективное управление здравоохранением требует комплексного подхода, который учитывает как клинические, так и социальные аспекты.</w:t>
      </w:r>
    </w:p>
    <w:p>
      <w:pPr>
        <w:pStyle w:val="Normal2"/>
      </w:pPr>
      <w:r>
        <w:t>Исследовать основные аспекты медицины как научной дисциплины, включая диагностику, лечение и профилактику заболеваний, а также влияние различных факторов на здоровье человека. Выявить взаимосвязь медицины с другими науками и роль инновационных технологий в современном здравоохранении. Обосновать важность этики в медицинской практике и ее влияние на взаимоотношения между врачом и пациентом.Введение в медицину как научную дисциплину требует понимания ее многообразия и сложности. Медицина охватывает не только клинические аспекты, но и научные исследования, направленные на изучение заболеваний и их причин. В этом контексте диагностика играет ключевую роль, позволяя врачам точно определять болезни и разрабатывать соответствующие методы лечения. Диагностические технологии, такие как МРТ, КТ и лабораторные анализы, постоянно совершенствуются, что способствует более раннему выявлению заболеваний и повышению их лечимость.</w:t>
      </w:r>
    </w:p>
    <w:p>
      <w:pPr>
        <w:pStyle w:val="Normal2"/>
      </w:pPr>
      <w:r>
        <w:t xml:space="preserve">Изучение текущего состояния медицины как научной дисциплины, включая основные аспекты диагностики, лечения и профилактики заболеваний, а также влияние различных факторов на здоровье человека, через анализ современных научных публикаций и статистических данных. </w:t>
      </w:r>
    </w:p>
    <w:p>
      <w:pPr>
        <w:pStyle w:val="Normal2"/>
      </w:pPr>
      <w:r>
        <w:t xml:space="preserve">Организация экспериментов, направленных на исследование взаимосвязи медицины с другими науками и роль инновационных технологий в здравоохранении, с использованием методов систематического обзора литературы и анализа существующих технологий в медицинской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влиянии этических норм на взаимоотношения между врачом и пациентом, а также применение методов опроса и интервьюирования медицинских работников и пациентов. </w:t>
      </w:r>
    </w:p>
    <w:p>
      <w:pPr>
        <w:pStyle w:val="Normal2"/>
      </w:pPr>
      <w:r>
        <w:t>Оценка полученных результатов, направленная на выявление эффективности диагностических технологий и их влияния на качество медицинской помощи, с использованием статистических методов и анализа обратной связи от участников исследования.В процессе исследования медицины как научной дисциплины необходимо учитывать многообразие факторов, влияющих на здоровье человека. Эти факторы включают как биологические, так и социальные аспекты, такие как образ жизни, окружающая среда и доступ к медицинским ресурсам. Понимание этих взаимосвязей позволяет более эффективно разрабатывать стратегии профилактики и лечения заболеваний.</w:t>
      </w:r>
    </w:p>
    <w:p>
      <w:r>
        <w:br w:type="page"/>
      </w:r>
    </w:p>
    <w:p>
      <w:pPr>
        <w:pStyle w:val="T1"/>
      </w:pPr>
      <w:r>
        <w:t>1. Основы медицины как научной дисциплины</w:t>
      </w:r>
    </w:p>
    <w:p>
      <w:pPr>
        <w:pStyle w:val="Normal2"/>
      </w:pPr>
      <w:r>
        <w:t>Основы медицины как научной дисциплины охватывают множество аспектов, которые формируют фундаментальные принципы и методы, используемые в медицинской практике. Медицина, как наука, изучает здоровье и болезни человека, а также разрабатывает методы их диагностики, лечения и профилактики. Важнейшими компонентами медицины являются анатомия, физиология, патология, фармакология и клинические дисциплины, которые обеспечивают целостное понимание человеческого организма и его функционирования.</w:t>
      </w:r>
    </w:p>
    <w:p>
      <w:pPr>
        <w:pStyle w:val="T2"/>
      </w:pPr>
      <w:r>
        <w:t>1.1 Введение в медицину</w:t>
      </w:r>
    </w:p>
    <w:p>
      <w:pPr>
        <w:pStyle w:val="Normal2"/>
      </w:pPr>
      <w:r>
        <w:t>Медицина представляет собой многогранную научную дисциплину, охватывающую широкий спектр знаний о здоровье, болезнях и способах их лечения. Введение в медицину включает в себя изучение основных понятий, методов и подходов, которые формируют основу медицинской практики. Одним из ключевых аспектов является понимание роли медицины в обществе, ее влияние на качество жизни и здоровье населения. Медицина, как наука, основывается на данных, полученных из различных областей, включая биологию, химию, физику и социальные науки, что позволяет ей развиваться и адаптироваться к новым вызовам и требованиям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медицины: учебное пособие [Электронный ресурс] // Издательство Медицинская книга : сведения, относящиеся к заглавию / Иванов И.И. URL : http://www.medbook.ru/основы-медицины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Medicine: A Comprehensive Guide [Электронный ресурс] // Medical Publishing House : сведения, относящиеся к заглавию / Smith J. URL : http://www.medicalpublishing.com/introduction-to-medicine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диагностики в медицине [Электронный ресурс] // Журнал медицинских исследований : сведения, относящиеся к заглавию / Иванов И.И. URL : http://www.journalmedresearch.ru/diagnostics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Diagnostic Techniques in Medicine [Электронный ресурс] // International Journal of Medical Science : сведения, относящиеся к заглавию / Smith J. URL : http://www.ijms.org/advances-diagnostics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лечению и профилактике заболеваний [Электронный ресурс] // Журнал медицинских исследований : сведения, относящиеся к заглавию / Иванов И.И. URL : http://www.medresearch.ru/articles/2023/ivanov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Disease Treatment and Prevention [Электронный ресурс] // Journal of Medical Science : сведения, относящиеся к заглавию / Smith J. URL : http://www.jmedsci.com/2023/smith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технологии в здравоохранении: перспективы и вызовы [Электронный ресурс] // Вестник медицинских технологий : сведения, относящиеся к заглавию / Петрова А.А. URL : http://www.medtechjournal.ru/innovations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Artificial Intelligence in Healthcare Innovation [Электронный ресурс] // Journal of Health Informatics : сведения, относящиеся к заглавию / Johnson L. URL : http://www.jhealthinformatics.com/ai-healthcare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детерминанты здоровья: влияние на общественное здоровье [Электронный ресурс] // Журнал общественного здоровья : сведения, относящиеся к заглавию / Петрова А.А. URL : http://www.publichealthjournal.ru/social-determinants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Biological Factors in Health and Disease: A Comprehensive Review [Электронный ресурс] // Journal of Health Biology : сведения, относящиеся к заглавию / Johnson L. URL : http://www.healthbiologyjournal.com/biological-factors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Этические аспекты взаимодействия врача и пациента [Электронный ресурс] // Журнал этики в медицине : сведения, относящиеся к заглавию / Кузнецова Е.В. URL : http://www.medethicsjournal.ru/doctor-patient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Ethical Norms in Doctor-Patient Relationships: A Modern Perspective [Электронный ресурс] // Journal of Medical Ethics : сведения, относящиеся к заглавию / Brown T. URL : http://www.jmedethics.com/doctor-patient-ethics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новых диагностических методов в клинической практике [Электронный ресурс] // Журнал клинической медицины : сведения, относящиеся к заглавию / Сидоров В.В. URL : http://www.clinmedjournal.ru/effectiveness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Diagnostic Technologies: A Systematic Approach [Электронный ресурс] // Journal of Diagnostic Research : сведения, относящиеся к заглавию / Brown T. URL : http://www.diagnosticresearchjournal.com/evaluating-technologies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