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"Джаваскрипт"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синтаксиса JavaScript</w:t>
      </w:r>
    </w:p>
    <w:p>
      <w:pPr>
        <w:pStyle w:val="Normal2"/>
        <w:spacing w:before="0" w:after="0" w:line="240" w:lineRule="auto"/>
        <w:ind w:left="1417"/>
      </w:pPr>
      <w:r>
        <w:t>1.1 Ключевые конструкции JavaScript</w:t>
      </w:r>
    </w:p>
    <w:p>
      <w:pPr>
        <w:pStyle w:val="Normal2"/>
        <w:spacing w:before="0" w:after="0" w:line="240" w:lineRule="auto"/>
        <w:ind w:left="2126"/>
      </w:pPr>
      <w:r>
        <w:t>1.1.1 Переменные и область видимости</w:t>
      </w:r>
    </w:p>
    <w:p>
      <w:pPr>
        <w:pStyle w:val="Normal2"/>
        <w:spacing w:before="0" w:after="0" w:line="240" w:lineRule="auto"/>
        <w:ind w:left="2126"/>
      </w:pPr>
      <w:r>
        <w:t>1.1.2 Операторы: арифметические, логические и сравнения</w:t>
      </w:r>
    </w:p>
    <w:p>
      <w:pPr>
        <w:pStyle w:val="Normal2"/>
        <w:spacing w:before="0" w:after="0" w:line="240" w:lineRule="auto"/>
        <w:ind w:left="2126"/>
      </w:pPr>
      <w:r>
        <w:t>1.1.3 Функции и объекты</w:t>
      </w:r>
    </w:p>
    <w:p>
      <w:pPr>
        <w:pStyle w:val="Normal2"/>
        <w:spacing w:before="0" w:after="0" w:line="240" w:lineRule="auto"/>
        <w:ind w:left="1417"/>
      </w:pPr>
      <w:r>
        <w:t>1.2 Влияние синтаксиса на интерактивные интерфейсы</w:t>
      </w:r>
    </w:p>
    <w:p>
      <w:pPr>
        <w:pStyle w:val="Normal2"/>
        <w:spacing w:before="0" w:after="0" w:line="240" w:lineRule="auto"/>
        <w:ind w:left="2126"/>
      </w:pPr>
      <w:r>
        <w:t>1.2.1 Создание интерактивных элементов</w:t>
      </w:r>
    </w:p>
    <w:p>
      <w:pPr>
        <w:pStyle w:val="Normal2"/>
        <w:spacing w:before="0" w:after="0" w:line="240" w:lineRule="auto"/>
        <w:ind w:left="2126"/>
      </w:pPr>
      <w:r>
        <w:t>1.2.2 Динамическое обновление контента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литературы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Выбор технологий</w:t>
      </w:r>
    </w:p>
    <w:p>
      <w:pPr>
        <w:pStyle w:val="Normal2"/>
        <w:spacing w:before="0" w:after="0" w:line="240" w:lineRule="auto"/>
        <w:ind w:left="1417"/>
      </w:pPr>
      <w:r>
        <w:t>2.2 Инструменты для реализации</w:t>
      </w:r>
    </w:p>
    <w:p>
      <w:pPr>
        <w:pStyle w:val="Normal2"/>
        <w:spacing w:before="0" w:after="0" w:line="240" w:lineRule="auto"/>
        <w:ind w:left="2126"/>
      </w:pPr>
      <w:r>
        <w:t>2.2.1 Выбор библиотек и фреймворков</w:t>
      </w:r>
    </w:p>
    <w:p>
      <w:pPr>
        <w:pStyle w:val="Normal2"/>
        <w:spacing w:before="0" w:after="0" w:line="240" w:lineRule="auto"/>
        <w:ind w:left="2126"/>
      </w:pPr>
      <w:r>
        <w:t>2.2.2 Настройка окружения для разработки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интерактивных элементов</w:t>
      </w:r>
    </w:p>
    <w:p>
      <w:pPr>
        <w:pStyle w:val="Normal2"/>
        <w:spacing w:before="0" w:after="0" w:line="240" w:lineRule="auto"/>
        <w:ind w:left="2126"/>
      </w:pPr>
      <w:r>
        <w:t>3.1.1 Примеры реализации</w:t>
      </w:r>
    </w:p>
    <w:p>
      <w:pPr>
        <w:pStyle w:val="Normal2"/>
        <w:spacing w:before="0" w:after="0" w:line="240" w:lineRule="auto"/>
        <w:ind w:left="2126"/>
      </w:pPr>
      <w:r>
        <w:t>3.1.2 Тестирование и отладка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конструкций синтаксиса</w:t>
      </w:r>
    </w:p>
    <w:p>
      <w:pPr>
        <w:pStyle w:val="Normal2"/>
        <w:spacing w:before="0" w:after="0" w:line="240" w:lineRule="auto"/>
        <w:ind w:left="2126"/>
      </w:pPr>
      <w:r>
        <w:t>4.1.2 Сравнение различных подходов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Влияние на пользовательский опыт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"Джаваскрипт" обусловлена несколькими ключевыми факторами, связанными с современными тенденциями в области веб-разработки и программирования.</w:t>
      </w:r>
    </w:p>
    <w:p>
      <w:pPr>
        <w:pStyle w:val="Normal2"/>
      </w:pPr>
      <w:r>
        <w:tab/>
        <w:t>Объект исследования: JavaScript как язык программирования, его синтаксис, особенности, применение в веб-разработке, а также влияние на создание интерактивных пользовательских интерфейсов и динамическое обновление контента на веб-страницах.Введение в курсовую работу будет посвящено общему представлению о JavaScript как одном из ключевых языков программирования в веб-разработке. Мы рассмотрим его историю, эволюцию и роль в современном программировании.</w:t>
      </w:r>
    </w:p>
    <w:p>
      <w:pPr>
        <w:pStyle w:val="Normal2"/>
      </w:pPr>
      <w:r>
        <w:tab/>
        <w:t>Предмет исследования: Синтаксис JavaScript, его особенности и применение в создании интерактивных пользовательских интерфейсов, а также динамическое обновление контента на веб-страницах.В данной курсовой работе мы подробно рассмотрим синтаксис JavaScript, который включает в себя основные конструкции языка, такие как переменные, операторы, функции и объекты. Мы также обсудим особенности, которые отличают JavaScript от других языков программирования, включая его динамическую типизацию и асинхронное выполнение кода.</w:t>
      </w:r>
    </w:p>
    <w:p>
      <w:pPr>
        <w:pStyle w:val="Normal2"/>
      </w:pPr>
      <w:r>
        <w:tab/>
        <w:t>Цели исследования: Установить основные конструкции синтаксиса JavaScript и выявить его особенности, которые способствуют созданию интерактивных пользовательских интерфейсов и динамическому обновлению контента на веб-страницах.Важным аспектом изучения JavaScript является понимание его основных конструкций, таких как переменные, операторы, функции и объекты. Переменные в JavaScript могут быть объявлены с использованием ключевых слов `var`, `let` и `const`, что позволяет разработчикам гибко управлять областью видимости и изменяемостью данных. Операторы, включая арифметические, логические и сравнения, играют ключевую роль в написании логики приложения.</w:t>
      </w:r>
    </w:p>
    <w:p>
      <w:pPr>
        <w:pStyle w:val="Normal2"/>
      </w:pPr>
      <w:r>
        <w:tab/>
        <w:t>Задачи исследования: 1. Изучить теоретические основы синтаксиса JavaScript, включая ключевые конструкции, такие как переменные, операторы, функции и объекты, а также их влияние на создание интерактивных пользовательских интерфейсов.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особенностей JavaScript, включая анализ литературы, выбор технологий и инструментов для реализации интерактивных элементов на веб-страницах.</w:t>
      </w:r>
    </w:p>
    <w:p>
      <w:pPr>
        <w:pStyle w:val="Normal2"/>
      </w:pPr>
      <w:r>
        <w:t>3. Разработать алгоритм практической реализации экспериментов с использованием JavaScript, включая создание интерактивных элементов и динамическое обновление контента на веб-страницах, а также визуализацию полученных результатов.</w:t>
      </w:r>
    </w:p>
    <w:p>
      <w:pPr>
        <w:pStyle w:val="Normal2"/>
      </w:pPr>
      <w:r>
        <w:t>4. Провести объективную оценку полученных решений на основе проведенных экспериментов, анализируя эффективность использования различных конструкций синтаксиса JavaScript в создании интерактивных интерфейсов.5. Подготовить выводы и рекомендации на основе проведенного исследования, акцентируя внимание на том, как различные аспекты JavaScript влияют на пользовательский опыт и производительность веб-приложений. Важно рассмотреть, какие конструкции языка наиболее эффективны для решения конкретных задач, связанных с интерактивностью и динамическим контентом.</w:t>
      </w:r>
    </w:p>
    <w:p>
      <w:pPr>
        <w:pStyle w:val="Normal2"/>
      </w:pPr>
      <w:r>
        <w:tab/>
        <w:t xml:space="preserve">Методы исследования: Анализ литературы по синтаксису JavaScript, включая изучение ключевых конструкций, таких как переменные, операторы, функции и объекты, с целью выявления их влияния на интерактивность интерфейсов. </w:t>
      </w:r>
    </w:p>
    <w:p>
      <w:pPr>
        <w:pStyle w:val="Normal2"/>
      </w:pPr>
      <w:r>
        <w:t>Сравнение различных подходов и технологий для создания интерактивных элементов на веб-страницах, включая использование библиотек и фреймворков, таких как jQuery и React.</w:t>
      </w:r>
    </w:p>
    <w:p>
      <w:pPr>
        <w:pStyle w:val="Normal2"/>
      </w:pPr>
      <w:r>
        <w:t>Экспериментальное моделирование интерактивных элементов с использованием JavaScript, включая создание простых веб-приложений для демонстрации динамического обновления контента.</w:t>
      </w:r>
    </w:p>
    <w:p>
      <w:pPr>
        <w:pStyle w:val="Normal2"/>
      </w:pPr>
      <w:r>
        <w:t>Наблюдение за поведением разработанных интерактивных элементов в реальных условиях, включая тестирование на различных устройствах и браузерах для оценки пользовательского опыта.</w:t>
      </w:r>
    </w:p>
    <w:p>
      <w:pPr>
        <w:pStyle w:val="Normal2"/>
      </w:pPr>
      <w:r>
        <w:t>Измерение производительности веб-приложений с использованием различных конструкций JavaScript, включая анализ времени отклика и загрузки страниц.</w:t>
      </w:r>
    </w:p>
    <w:p>
      <w:pPr>
        <w:pStyle w:val="Normal2"/>
      </w:pPr>
      <w:r>
        <w:t xml:space="preserve">Синтез полученных данных для формирования выводов о наиболее эффективных конструкциях JavaScript для создания интерактивных интерфейсов и динамического контента. </w:t>
      </w:r>
    </w:p>
    <w:p>
      <w:pPr>
        <w:pStyle w:val="Normal2"/>
      </w:pPr>
      <w:r>
        <w:t>Прогнозирование влияния выбранных конструкций на производительность и удобство использования веб-приложений на основе проведенных экспериментов.Введение в курсовую работу будет посвящено актуальности изучения JavaScript в контексте современного веб-разработки. JavaScript является одним из основных языков программирования для создания интерактивных и динамичных веб-страниц, что делает его изучение важным для будущих специалистов в области информационных технологий.</w:t>
      </w:r>
    </w:p>
    <w:p>
      <w:r>
        <w:br w:type="page"/>
      </w:r>
    </w:p>
    <w:p>
      <w:pPr>
        <w:pStyle w:val="T1"/>
      </w:pPr>
      <w:r>
        <w:t>1. Теоретические основы синтаксиса JavaScript</w:t>
      </w:r>
    </w:p>
    <w:p>
      <w:pPr>
        <w:pStyle w:val="Normal2"/>
      </w:pPr>
      <w:r>
        <w:t>Синтаксис JavaScript представляет собой набор правил, определяющих, как писать программы на этом языке. Он включает в себя правила для написания выражений, операторов, переменных, функций и других конструкций. Основные элементы синтаксиса JavaScript можно разделить на несколько категорий: идентификаторы, ключевые слова, операторы, литералы и структуры управления.Идентификаторы — это имена, которые используются для обозначения переменных, функций и других элементов кода. Они могут состоять из букв, цифр, символов подчеркивания и знаков доллара, но не могут начинаться с цифры. Важно, чтобы идентификаторы были понятными и отражали суть переменной или функции.</w:t>
      </w:r>
    </w:p>
    <w:p>
      <w:pPr>
        <w:pStyle w:val="T2"/>
      </w:pPr>
      <w:r>
        <w:t>1.1 Ключевые конструкции JavaScript</w:t>
      </w:r>
    </w:p>
    <w:p>
      <w:pPr>
        <w:pStyle w:val="Normal2"/>
      </w:pPr>
      <w:r>
        <w:t>Ключевые конструкции JavaScript составляют основу языка и определяют его функциональность. Важнейшими из них являются переменные, операторы, условные конструкции и циклы. Переменные в JavaScript могут быть объявлены с помощью ключевых слов `var`, `let` и `const`, что позволяет разработчикам управлять областью видимости и изменяемостью данных. Использование `let` и `const` рекомендуется для улучшения читаемости кода и предотвращения ошибок, связанных с переопределением переменных [1].Условные конструкции, такие как `if`, `else if` и `switch`, позволяют выполнять различные блоки кода в зависимости от выполнения определенных условий. Это делает код более динамичным и адаптивным к различным сценариям. Например, конструкция `if` проверяет истинность условия и выполняет код внутри блока, если условие истинно, что позволяет управлять логикой выполнения программы [2].</w:t>
      </w:r>
    </w:p>
    <w:p>
      <w:pPr>
        <w:pStyle w:val="Normal2"/>
      </w:pPr>
      <w:r>
        <w:t>Циклы, включая `for`, `while` и `do...while`, обеспечивают возможность многократного выполнения одного и того же блока кода, что особенно полезно при работе с массивами и другими коллекциями данных. Циклы позволяют автоматизировать повторяющиеся задачи, что значительно упрощает написание и поддержку кода [3].</w:t>
      </w:r>
    </w:p>
    <w:p>
      <w:pPr>
        <w:pStyle w:val="Normal2"/>
      </w:pPr>
      <w:r>
        <w:t>Кроме того, JavaScript поддерживает функции как первый класс объектов, что означает, что функции могут быть переданы как аргументы, возвращены из других функций и присвоены переменным. Это открывает широкие возможности для создания высокоуровневых абстракций и повторного использования кода. Понимание этих ключевых конструкций является необходимым шагом для любого разработчика, стремящегося овладеть JavaScript и создавать эффективные веб-приложения.В дополнение к условным конструкциям и циклам, JavaScript предлагает различные способы работы с массивами и объектами, что является неотъемлемой частью языка. Методы массивов, такие как `map`, `filter` и `reduce`, позволяют разработчикам легко манипулировать данными и выполнять операции над коллекциями. Эти методы обеспечивают более декларативный подход к программированию, что делает код более читаемым и понятным [1].</w:t>
      </w:r>
    </w:p>
    <w:p>
      <w:pPr>
        <w:pStyle w:val="T3"/>
      </w:pPr>
      <w:r>
        <w:t>1.1.1 Переменные и область видимости</w:t>
      </w:r>
    </w:p>
    <w:p>
      <w:pPr>
        <w:pStyle w:val="Normal2"/>
      </w:pPr>
      <w:r>
        <w:t>Переменные в JavaScript представляют собой именованные контейнеры для хранения данных. Они могут быть объявлены с помощью ключевых слов `var`, `let` и `const`, каждое из которых имеет свои особенности и область видимости. `var` имеет функциональную область видимости, что означает, что переменная доступна в пределах функции, в которой она была объявлена, или глобально, если объявлена вне функции. Это может привести к неожиданным результатам, особенно в больших кодовых базах, поскольку переменные могут быть доступны в областях, где их не ожидают.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А.В. JavaScript: ключевые конструкции и их применение [Электронный ресурс] // Программирование и информационные технологии : сборник научных трудов / под ред. С.Е. Иванова.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Основы JavaScript: конструкции и алгоритмы [Электронный ресурс] // Вестник компьютерных наук : журнал / ред. В.Л. Смирнов.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Ключевые конструкции языка JavaScript: от основ к практике [Электронный ресурс] // Материалы международной конференции по программированию / под ред. А.Б. Кузнецова.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синтаксиса JavaScript на разработку интерактивных интерфейсов [Электронный ресурс] // Вестник информационных технологий и информационных систем : научный журнал. URL: https://www.vitiss.ru/journal/2023/04/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JavaScript Syntax on Interactive Interfaces [Электронный ресурс] // Journal of Web Development. URL: https://www.jwdjournal.com/articles/2023/03/impact-of-syntax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Синтаксис JavaScript и его роль в создании интерактивных веб-приложений [Электронный ресурс] // Проблемы современного программирования : сборник статей конференции. URL: https://www.pspconference.ru/2023/articles/syntax-role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П.Н. Современные подходы к разработке на JavaScript: от теории к практике [Электронный ресурс] // Научный вестник информационных технологий : журнал / ред. М.А. Ковалев. URL: https://www.nvitjournal.ru/articles/2023/06/modern-approaches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Advanced JavaScript Techniques for Web Development [Электронный ресурс] // International Journal of Computer Science and Web Technologies. URL: https://www.ijcswt.com/articles/2023/05/advanced-techniques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Эффективные методы оптимизации кода на JavaScript [Электронный ресурс] // Программирование и веб-технологии : сборник научных трудов / под ред. В.Н. Лебедева. URL: https://www.pwtjournal.ru/articles/2023/07/optimization-methods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А.А. Инструменты для разработки на JavaScript: современные подходы и технологии [Электронный ресурс] // Программирование и технологии: сборник статей / под ред. В.Ф. Соловьева. URL: https://www.ptjournal.ru/articles/2023/tools-for-js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JavaScript Development Tools: An Overview [Электронный ресурс] // International Journal of Software Engineering. URL: https://www.ijsejournal.com/2023/05/dev-tools-overview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Эффективные инструменты для работы с JavaScript: от редакторов до библиотек [Электронный ресурс] // Вестник современных технологий : журнал / ред. А.Н. Громов. URL: https://www.vstjournal.ru/2023/06/tools-for-js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М.А. Создание интерактивных элементов с помощью JavaScript: практическое руководство [Электронный ресурс] // Научный журнал по информационным технологиям : журнал / ред. С.Е. Петров. URL: https://www.njitjournal.ru/articles/2023/08/interactive-elements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Interactive Web Elements with JavaScript: A Comprehensive Guide [Электронный ресурс] // Journal of Interactive Web Development. URL: https://www.jiwdjournal.com/articles/2023/09/interactive-web-elements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Р.Н. Практика создания интерактивных интерфейсов на JavaScript [Электронный ресурс] // Программные системы и технологии : сборник научных трудов / под ред. А.В. Смирнова. URL: https://www.pstjournal.ru/articles/2023/10/interactive-interfaces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М.А. Визуализация данных с использованием JavaScript: современные подходы и библиотеки [Электронный ресурс] // Научный вестник информационных технологий : журнал / ред. С.Е. Иванова. URL: https://www.nvitjournal.ru/articles/2023/08/data-visualization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in JavaScript: A Comprehensive Guide [Электронный ресурс] // Journal of Data Science and Visualization. URL: https://www.jdsvjournal.com/articles/2023/09/visualization-techniques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А.П. Использование JavaScript для интерактивной визуализации данных [Электронный ресурс] // Проблемы информационных технологий : сборник статей конференции. URL: https://www.pitconference.ru/articles/2023/10/interactive-visualization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В.Н. Объективная оценка решений в разработке на JavaScript [Электронный ресурс] // Вестник программирования : журнал / ред. А.И. Федоров. URL: https://www.vpjournal.ru/articles/2023/11/objective-evaluation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Kim J. Objective Evaluation of JavaScript Solutions: A Comparative Study [Электронный ресурс] // Journal of Software Engineering and Applications. URL: https://www.jsea.org/articles/2023/12/objective-evaluation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С.П. Методики оценки эффективности JavaScript решений [Электронный ресурс] // Программирование и технологии: сборник статей / под ред. Н.В. Кузнецова. URL: https://www.ptjournal.ru/articles/2023/11/evaluation-methods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Рекомендации по оптимизации кода на JavaScript для повышения производительности [Электронный ресурс] // Программирование и веб-технологии : сборник научных трудов / под ред. В.Н. Лебедева. URL: https://www.pwtjournal.ru/articles/2023/11/optimization-recommendations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for JavaScript Development: A Guide for Developers [Электронный ресурс] // International Journal of Software Engineering and Applications. URL: https://www.ijsea.com/articles/2023/11/best-practices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А.П. Перспективы использования JavaScript в разработке веб-приложений [Электронный ресурс] // Вестник современных технологий : журнал / ред. А.Н. Громов. URL: https://www.vstjournal.ru/2023/11/perspectives-js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